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2A6C87B1" w14:textId="22861AF4" w:rsidR="004C1819" w:rsidRDefault="00000000" w:rsidP="007906D3">
      <w:pPr>
        <w:pStyle w:val="Nadpis1"/>
        <w:jc w:val="center"/>
        <w:rPr>
          <w:color w:val="auto"/>
        </w:rPr>
      </w:pPr>
      <w:proofErr w:type="spellStart"/>
      <w:r w:rsidRPr="007906D3">
        <w:rPr>
          <w:color w:val="auto"/>
        </w:rPr>
        <w:t>Zadávací</w:t>
      </w:r>
      <w:proofErr w:type="spellEnd"/>
      <w:r w:rsidRPr="007906D3">
        <w:rPr>
          <w:color w:val="auto"/>
        </w:rPr>
        <w:t xml:space="preserve"> </w:t>
      </w:r>
      <w:proofErr w:type="spellStart"/>
      <w:r w:rsidR="007906D3" w:rsidRPr="007906D3">
        <w:rPr>
          <w:color w:val="auto"/>
        </w:rPr>
        <w:t>dokumentace</w:t>
      </w:r>
      <w:proofErr w:type="spellEnd"/>
      <w:r w:rsidR="007906D3" w:rsidRPr="007906D3">
        <w:rPr>
          <w:color w:val="auto"/>
        </w:rPr>
        <w:t xml:space="preserve"> </w:t>
      </w:r>
      <w:proofErr w:type="spellStart"/>
      <w:r w:rsidR="007906D3" w:rsidRPr="007906D3">
        <w:rPr>
          <w:color w:val="auto"/>
        </w:rPr>
        <w:t>veřejné</w:t>
      </w:r>
      <w:proofErr w:type="spellEnd"/>
      <w:r w:rsidR="007906D3" w:rsidRPr="007906D3">
        <w:rPr>
          <w:color w:val="auto"/>
        </w:rPr>
        <w:t xml:space="preserve"> </w:t>
      </w:r>
      <w:proofErr w:type="spellStart"/>
      <w:r w:rsidR="007906D3" w:rsidRPr="007906D3">
        <w:rPr>
          <w:color w:val="auto"/>
        </w:rPr>
        <w:t>zakázky</w:t>
      </w:r>
      <w:proofErr w:type="spellEnd"/>
    </w:p>
    <w:p w14:paraId="16E5057D" w14:textId="77777777" w:rsidR="007906D3" w:rsidRPr="007906D3" w:rsidRDefault="007906D3" w:rsidP="007906D3"/>
    <w:p w14:paraId="209E5EDB" w14:textId="764F7CAE" w:rsidR="004C1819" w:rsidRPr="007906D3" w:rsidRDefault="00000000" w:rsidP="007906D3">
      <w:pPr>
        <w:jc w:val="center"/>
        <w:rPr>
          <w:b/>
          <w:bCs/>
          <w:sz w:val="28"/>
          <w:szCs w:val="28"/>
          <w:u w:val="single"/>
        </w:rPr>
      </w:pPr>
      <w:proofErr w:type="spellStart"/>
      <w:r w:rsidRPr="007906D3">
        <w:rPr>
          <w:b/>
          <w:bCs/>
          <w:sz w:val="28"/>
          <w:szCs w:val="28"/>
          <w:u w:val="single"/>
        </w:rPr>
        <w:t>Revitalizace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906D3">
        <w:rPr>
          <w:b/>
          <w:bCs/>
          <w:sz w:val="28"/>
          <w:szCs w:val="28"/>
          <w:u w:val="single"/>
        </w:rPr>
        <w:t>povrchu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906D3">
        <w:rPr>
          <w:b/>
          <w:bCs/>
          <w:sz w:val="28"/>
          <w:szCs w:val="28"/>
          <w:u w:val="single"/>
        </w:rPr>
        <w:t>sportovního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906D3">
        <w:rPr>
          <w:b/>
          <w:bCs/>
          <w:sz w:val="28"/>
          <w:szCs w:val="28"/>
          <w:u w:val="single"/>
        </w:rPr>
        <w:t>hřiště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s </w:t>
      </w:r>
      <w:proofErr w:type="spellStart"/>
      <w:r w:rsidRPr="007906D3">
        <w:rPr>
          <w:b/>
          <w:bCs/>
          <w:sz w:val="28"/>
          <w:szCs w:val="28"/>
          <w:u w:val="single"/>
        </w:rPr>
        <w:t>umělým</w:t>
      </w:r>
      <w:proofErr w:type="spellEnd"/>
      <w:r w:rsidRPr="007906D3">
        <w:rPr>
          <w:b/>
          <w:bCs/>
          <w:sz w:val="28"/>
          <w:szCs w:val="28"/>
          <w:u w:val="single"/>
        </w:rPr>
        <w:t xml:space="preserve"> </w:t>
      </w:r>
      <w:proofErr w:type="spellStart"/>
      <w:r w:rsidRPr="007906D3">
        <w:rPr>
          <w:b/>
          <w:bCs/>
          <w:sz w:val="28"/>
          <w:szCs w:val="28"/>
          <w:u w:val="single"/>
        </w:rPr>
        <w:t>povrchem</w:t>
      </w:r>
      <w:proofErr w:type="spellEnd"/>
      <w:r w:rsidR="007906D3" w:rsidRPr="007906D3">
        <w:rPr>
          <w:b/>
          <w:bCs/>
          <w:sz w:val="28"/>
          <w:szCs w:val="28"/>
          <w:u w:val="single"/>
        </w:rPr>
        <w:t xml:space="preserve"> v </w:t>
      </w:r>
      <w:proofErr w:type="spellStart"/>
      <w:r w:rsidR="007906D3" w:rsidRPr="007906D3">
        <w:rPr>
          <w:b/>
          <w:bCs/>
          <w:sz w:val="28"/>
          <w:szCs w:val="28"/>
          <w:u w:val="single"/>
        </w:rPr>
        <w:t>areálu</w:t>
      </w:r>
      <w:proofErr w:type="spellEnd"/>
      <w:r w:rsidR="007906D3" w:rsidRPr="007906D3">
        <w:rPr>
          <w:b/>
          <w:bCs/>
          <w:sz w:val="28"/>
          <w:szCs w:val="28"/>
          <w:u w:val="single"/>
        </w:rPr>
        <w:t xml:space="preserve"> ZŠ Dr. M. </w:t>
      </w:r>
      <w:proofErr w:type="spellStart"/>
      <w:r w:rsidR="007906D3" w:rsidRPr="007906D3">
        <w:rPr>
          <w:b/>
          <w:bCs/>
          <w:sz w:val="28"/>
          <w:szCs w:val="28"/>
          <w:u w:val="single"/>
        </w:rPr>
        <w:t>Tyrše</w:t>
      </w:r>
      <w:proofErr w:type="spellEnd"/>
      <w:r w:rsidR="007906D3" w:rsidRPr="007906D3">
        <w:rPr>
          <w:b/>
          <w:bCs/>
          <w:sz w:val="28"/>
          <w:szCs w:val="28"/>
          <w:u w:val="single"/>
        </w:rPr>
        <w:t xml:space="preserve"> Děčín II, </w:t>
      </w:r>
      <w:proofErr w:type="spellStart"/>
      <w:r w:rsidR="007906D3" w:rsidRPr="007906D3">
        <w:rPr>
          <w:b/>
          <w:bCs/>
          <w:sz w:val="28"/>
          <w:szCs w:val="28"/>
          <w:u w:val="single"/>
        </w:rPr>
        <w:t>Vrchlického</w:t>
      </w:r>
      <w:proofErr w:type="spellEnd"/>
      <w:r w:rsidR="007906D3" w:rsidRPr="007906D3">
        <w:rPr>
          <w:b/>
          <w:bCs/>
          <w:sz w:val="28"/>
          <w:szCs w:val="28"/>
          <w:u w:val="single"/>
        </w:rPr>
        <w:t xml:space="preserve"> 630/5</w:t>
      </w:r>
    </w:p>
    <w:p w14:paraId="66106A12" w14:textId="77777777" w:rsidR="004C1819" w:rsidRDefault="00000000">
      <w:pPr>
        <w:pStyle w:val="Nadpis3"/>
      </w:pPr>
      <w:r>
        <w:t xml:space="preserve">1. </w:t>
      </w:r>
      <w:proofErr w:type="spellStart"/>
      <w:r>
        <w:t>Identifikace</w:t>
      </w:r>
      <w:proofErr w:type="spellEnd"/>
      <w:r>
        <w:t xml:space="preserve"> </w:t>
      </w:r>
      <w:proofErr w:type="spellStart"/>
      <w:r>
        <w:t>zadavatele</w:t>
      </w:r>
      <w:proofErr w:type="spellEnd"/>
    </w:p>
    <w:p w14:paraId="1EC21220" w14:textId="2B10FB70" w:rsidR="004C1819" w:rsidRDefault="00000000">
      <w:proofErr w:type="spellStart"/>
      <w:r>
        <w:t>Zadavatel</w:t>
      </w:r>
      <w:proofErr w:type="spellEnd"/>
      <w:r>
        <w:t xml:space="preserve">: </w:t>
      </w:r>
      <w:proofErr w:type="spellStart"/>
      <w:r w:rsidR="007906D3">
        <w:t>Základní</w:t>
      </w:r>
      <w:proofErr w:type="spellEnd"/>
      <w:r w:rsidR="007906D3">
        <w:t xml:space="preserve"> </w:t>
      </w:r>
      <w:proofErr w:type="spellStart"/>
      <w:r w:rsidR="007906D3">
        <w:t>škola</w:t>
      </w:r>
      <w:proofErr w:type="spellEnd"/>
      <w:r w:rsidR="007906D3">
        <w:t xml:space="preserve"> Dr. M. </w:t>
      </w:r>
      <w:proofErr w:type="spellStart"/>
      <w:r w:rsidR="007906D3">
        <w:t>Tyrše</w:t>
      </w:r>
      <w:proofErr w:type="spellEnd"/>
      <w:r w:rsidR="007906D3">
        <w:t xml:space="preserve">, Děčín II, </w:t>
      </w:r>
      <w:proofErr w:type="spellStart"/>
      <w:r w:rsidR="007906D3">
        <w:t>Vrchlického</w:t>
      </w:r>
      <w:proofErr w:type="spellEnd"/>
      <w:r w:rsidR="007906D3">
        <w:t xml:space="preserve"> 630/5, p. o.</w:t>
      </w:r>
      <w:r>
        <w:br/>
      </w:r>
      <w:proofErr w:type="spellStart"/>
      <w:r>
        <w:t>Sídlo</w:t>
      </w:r>
      <w:proofErr w:type="spellEnd"/>
      <w:r>
        <w:t xml:space="preserve">: </w:t>
      </w:r>
      <w:proofErr w:type="spellStart"/>
      <w:r w:rsidR="007906D3">
        <w:t>Vrchlického</w:t>
      </w:r>
      <w:proofErr w:type="spellEnd"/>
      <w:r w:rsidR="007906D3">
        <w:t xml:space="preserve"> 630/5, Děčín II</w:t>
      </w:r>
      <w:r>
        <w:br/>
        <w:t xml:space="preserve">IČO: </w:t>
      </w:r>
      <w:r w:rsidR="007906D3">
        <w:t>72743573</w:t>
      </w:r>
      <w:r>
        <w:br/>
      </w:r>
      <w:proofErr w:type="spellStart"/>
      <w:r>
        <w:t>Kontaktní</w:t>
      </w:r>
      <w:proofErr w:type="spellEnd"/>
      <w:r>
        <w:t xml:space="preserve"> </w:t>
      </w:r>
      <w:proofErr w:type="spellStart"/>
      <w:r>
        <w:t>osoba</w:t>
      </w:r>
      <w:proofErr w:type="spellEnd"/>
      <w:r>
        <w:t xml:space="preserve">: </w:t>
      </w:r>
      <w:r w:rsidR="007906D3">
        <w:t xml:space="preserve">Mgr. Jiří Brouček, </w:t>
      </w:r>
      <w:proofErr w:type="spellStart"/>
      <w:r w:rsidR="007906D3">
        <w:t>ředitel</w:t>
      </w:r>
      <w:proofErr w:type="spellEnd"/>
      <w:r w:rsidR="007906D3">
        <w:t xml:space="preserve"> p. o., </w:t>
      </w:r>
      <w:hyperlink r:id="rId6" w:history="1">
        <w:r w:rsidR="007906D3" w:rsidRPr="004D01AB">
          <w:rPr>
            <w:rStyle w:val="Hypertextovodkaz"/>
          </w:rPr>
          <w:t>reditel@zstyrs.cz</w:t>
        </w:r>
      </w:hyperlink>
      <w:r w:rsidR="007906D3">
        <w:t>, tel.: 777 621 949</w:t>
      </w:r>
    </w:p>
    <w:p w14:paraId="163E2A72" w14:textId="77777777" w:rsidR="004C1819" w:rsidRDefault="00000000">
      <w:pPr>
        <w:pStyle w:val="Nadpis3"/>
      </w:pPr>
      <w:r>
        <w:t xml:space="preserve">2. </w:t>
      </w:r>
      <w:proofErr w:type="spellStart"/>
      <w:r>
        <w:t>Předmět</w:t>
      </w:r>
      <w:proofErr w:type="spellEnd"/>
      <w:r>
        <w:t xml:space="preserve"> </w:t>
      </w:r>
      <w:proofErr w:type="spellStart"/>
      <w:r>
        <w:t>zakázky</w:t>
      </w:r>
      <w:proofErr w:type="spellEnd"/>
    </w:p>
    <w:p w14:paraId="71AACB14" w14:textId="77777777" w:rsidR="00D53A1C" w:rsidRDefault="00000000">
      <w:proofErr w:type="spellStart"/>
      <w:r>
        <w:t>Předmětem</w:t>
      </w:r>
      <w:proofErr w:type="spellEnd"/>
      <w:r>
        <w:t xml:space="preserve"> </w:t>
      </w:r>
      <w:proofErr w:type="spellStart"/>
      <w:r>
        <w:t>veřejné</w:t>
      </w:r>
      <w:proofErr w:type="spellEnd"/>
      <w:r>
        <w:t xml:space="preserve"> </w:t>
      </w:r>
      <w:proofErr w:type="spellStart"/>
      <w:r>
        <w:t>zakázky</w:t>
      </w:r>
      <w:proofErr w:type="spellEnd"/>
      <w:r>
        <w:t xml:space="preserve"> je </w:t>
      </w:r>
      <w:proofErr w:type="spellStart"/>
      <w:r>
        <w:t>provedení</w:t>
      </w:r>
      <w:proofErr w:type="spellEnd"/>
      <w:r>
        <w:t xml:space="preserve"> </w:t>
      </w:r>
      <w:proofErr w:type="spellStart"/>
      <w:r>
        <w:t>revitalizace</w:t>
      </w:r>
      <w:proofErr w:type="spellEnd"/>
      <w:r>
        <w:t xml:space="preserve"> </w:t>
      </w:r>
      <w:proofErr w:type="spellStart"/>
      <w:r>
        <w:t>stávající</w:t>
      </w:r>
      <w:r w:rsidR="00D53A1C">
        <w:t>ch</w:t>
      </w:r>
      <w:proofErr w:type="spellEnd"/>
      <w:r w:rsidR="00D53A1C">
        <w:t xml:space="preserve"> </w:t>
      </w:r>
      <w:proofErr w:type="spellStart"/>
      <w:r w:rsidR="00D53A1C">
        <w:t>dvou</w:t>
      </w:r>
      <w:proofErr w:type="spellEnd"/>
      <w:r>
        <w:t xml:space="preserve"> </w:t>
      </w:r>
      <w:proofErr w:type="spellStart"/>
      <w:r>
        <w:t>sportovní</w:t>
      </w:r>
      <w:r w:rsidR="00D53A1C">
        <w:t>ch</w:t>
      </w:r>
      <w:proofErr w:type="spellEnd"/>
      <w:r>
        <w:t xml:space="preserve"> </w:t>
      </w:r>
      <w:proofErr w:type="spellStart"/>
      <w:r>
        <w:t>hřišt</w:t>
      </w:r>
      <w:proofErr w:type="spellEnd"/>
      <w:r>
        <w:t xml:space="preserve"> s </w:t>
      </w:r>
      <w:proofErr w:type="spellStart"/>
      <w:r>
        <w:t>umělým</w:t>
      </w:r>
      <w:proofErr w:type="spellEnd"/>
      <w:r>
        <w:t xml:space="preserve"> </w:t>
      </w:r>
      <w:proofErr w:type="spellStart"/>
      <w:r>
        <w:t>povrchem</w:t>
      </w:r>
      <w:proofErr w:type="spellEnd"/>
      <w:r>
        <w:t xml:space="preserve">, </w:t>
      </w:r>
      <w:proofErr w:type="spellStart"/>
      <w:r>
        <w:t>zahrnujícího</w:t>
      </w:r>
      <w:proofErr w:type="spellEnd"/>
      <w:r>
        <w:t xml:space="preserve"> </w:t>
      </w:r>
      <w:proofErr w:type="spellStart"/>
      <w:r>
        <w:t>údržbové</w:t>
      </w:r>
      <w:proofErr w:type="spellEnd"/>
      <w:r>
        <w:t xml:space="preserve"> a </w:t>
      </w:r>
      <w:proofErr w:type="spellStart"/>
      <w:r>
        <w:t>servisní</w:t>
      </w:r>
      <w:proofErr w:type="spellEnd"/>
      <w:r>
        <w:t xml:space="preserve"> </w:t>
      </w:r>
      <w:proofErr w:type="spellStart"/>
      <w:r>
        <w:t>práce</w:t>
      </w:r>
      <w:proofErr w:type="spellEnd"/>
      <w:r>
        <w:t xml:space="preserve">: </w:t>
      </w:r>
      <w:proofErr w:type="spellStart"/>
      <w:r>
        <w:t>čištění</w:t>
      </w:r>
      <w:proofErr w:type="spellEnd"/>
      <w:r>
        <w:t xml:space="preserve"> </w:t>
      </w:r>
      <w:proofErr w:type="spellStart"/>
      <w:r>
        <w:t>povrchu</w:t>
      </w:r>
      <w:proofErr w:type="spellEnd"/>
      <w:r>
        <w:t xml:space="preserve">, </w:t>
      </w:r>
      <w:proofErr w:type="spellStart"/>
      <w:r>
        <w:t>odstranění</w:t>
      </w:r>
      <w:proofErr w:type="spellEnd"/>
      <w:r>
        <w:t xml:space="preserve"> </w:t>
      </w:r>
      <w:proofErr w:type="spellStart"/>
      <w:r>
        <w:t>nečistot</w:t>
      </w:r>
      <w:proofErr w:type="spellEnd"/>
      <w:r>
        <w:t xml:space="preserve">, </w:t>
      </w:r>
      <w:proofErr w:type="spellStart"/>
      <w:r>
        <w:t>lokální</w:t>
      </w:r>
      <w:proofErr w:type="spellEnd"/>
      <w:r>
        <w:t xml:space="preserve"> </w:t>
      </w:r>
      <w:proofErr w:type="spellStart"/>
      <w:r>
        <w:t>opravy</w:t>
      </w:r>
      <w:proofErr w:type="spellEnd"/>
      <w:r>
        <w:t xml:space="preserve">, </w:t>
      </w:r>
      <w:proofErr w:type="spellStart"/>
      <w:r w:rsidR="00082BDE">
        <w:t>nový</w:t>
      </w:r>
      <w:proofErr w:type="spellEnd"/>
      <w:r w:rsidR="00082BDE">
        <w:t xml:space="preserve"> </w:t>
      </w:r>
      <w:proofErr w:type="spellStart"/>
      <w:r w:rsidR="00082BDE">
        <w:t>pískový</w:t>
      </w:r>
      <w:proofErr w:type="spellEnd"/>
      <w:r w:rsidR="00082BDE">
        <w:t xml:space="preserve"> </w:t>
      </w:r>
      <w:proofErr w:type="spellStart"/>
      <w:r w:rsidR="00082BDE">
        <w:t>vsyp</w:t>
      </w:r>
      <w:proofErr w:type="spellEnd"/>
      <w:r>
        <w:t xml:space="preserve">, </w:t>
      </w:r>
      <w:proofErr w:type="spellStart"/>
      <w:r>
        <w:t>regenerace</w:t>
      </w:r>
      <w:proofErr w:type="spellEnd"/>
      <w:r>
        <w:t xml:space="preserve"> </w:t>
      </w:r>
      <w:proofErr w:type="spellStart"/>
      <w:r>
        <w:t>hrací</w:t>
      </w:r>
      <w:proofErr w:type="spellEnd"/>
      <w:r>
        <w:t xml:space="preserve"> </w:t>
      </w:r>
      <w:proofErr w:type="spellStart"/>
      <w:r w:rsidR="00082BDE">
        <w:t>plochy</w:t>
      </w:r>
      <w:proofErr w:type="spellEnd"/>
      <w:r w:rsidR="00D53A1C">
        <w:t xml:space="preserve"> </w:t>
      </w:r>
      <w:proofErr w:type="spellStart"/>
      <w:r w:rsidR="00D53A1C">
        <w:t>pomocí</w:t>
      </w:r>
      <w:proofErr w:type="spellEnd"/>
      <w:r w:rsidR="00D53A1C">
        <w:t xml:space="preserve"> </w:t>
      </w:r>
      <w:proofErr w:type="spellStart"/>
      <w:r w:rsidR="00D53A1C">
        <w:t>strojním</w:t>
      </w:r>
      <w:proofErr w:type="spellEnd"/>
      <w:r w:rsidR="00D53A1C">
        <w:t xml:space="preserve"> </w:t>
      </w:r>
      <w:proofErr w:type="spellStart"/>
      <w:r w:rsidR="00D53A1C">
        <w:t>způsobem</w:t>
      </w:r>
      <w:proofErr w:type="spellEnd"/>
      <w:r w:rsidR="00D53A1C">
        <w:t>.</w:t>
      </w:r>
    </w:p>
    <w:p w14:paraId="69EF2291" w14:textId="5C294EFE" w:rsidR="004C1819" w:rsidRDefault="00D53A1C">
      <w:proofErr w:type="spellStart"/>
      <w:r>
        <w:t>Regeneraci</w:t>
      </w:r>
      <w:proofErr w:type="spellEnd"/>
      <w:r>
        <w:t xml:space="preserve"> </w:t>
      </w:r>
      <w:proofErr w:type="spellStart"/>
      <w:r>
        <w:t>atletického</w:t>
      </w:r>
      <w:proofErr w:type="spellEnd"/>
      <w:r>
        <w:t xml:space="preserve"> </w:t>
      </w:r>
      <w:proofErr w:type="spellStart"/>
      <w:r>
        <w:t>oválu</w:t>
      </w:r>
      <w:proofErr w:type="spellEnd"/>
      <w:r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ostatních</w:t>
      </w:r>
      <w:proofErr w:type="spellEnd"/>
      <w:r>
        <w:t xml:space="preserve"> </w:t>
      </w:r>
      <w:proofErr w:type="spellStart"/>
      <w:r>
        <w:t>ploch</w:t>
      </w:r>
      <w:proofErr w:type="spellEnd"/>
      <w:r>
        <w:t xml:space="preserve"> s </w:t>
      </w:r>
      <w:proofErr w:type="spellStart"/>
      <w:r>
        <w:t>polyuretanovým</w:t>
      </w:r>
      <w:proofErr w:type="spellEnd"/>
      <w:r>
        <w:t xml:space="preserve"> </w:t>
      </w:r>
      <w:proofErr w:type="spellStart"/>
      <w:r>
        <w:t>povrchem</w:t>
      </w:r>
      <w:proofErr w:type="spellEnd"/>
      <w:r>
        <w:t xml:space="preserve"> </w:t>
      </w:r>
      <w:proofErr w:type="spellStart"/>
      <w:r>
        <w:t>strojním</w:t>
      </w:r>
      <w:proofErr w:type="spellEnd"/>
      <w:r>
        <w:t xml:space="preserve"> </w:t>
      </w:r>
      <w:proofErr w:type="spellStart"/>
      <w:r>
        <w:t>způsobem</w:t>
      </w:r>
      <w:proofErr w:type="spellEnd"/>
      <w:r>
        <w:t>.</w:t>
      </w:r>
    </w:p>
    <w:p w14:paraId="160DF5A3" w14:textId="77777777" w:rsidR="004C1819" w:rsidRDefault="00000000">
      <w:pPr>
        <w:pStyle w:val="Nadpis3"/>
      </w:pPr>
      <w:r>
        <w:t xml:space="preserve">3. CPV </w:t>
      </w:r>
      <w:proofErr w:type="spellStart"/>
      <w:r>
        <w:t>kód</w:t>
      </w:r>
      <w:proofErr w:type="spellEnd"/>
    </w:p>
    <w:p w14:paraId="30952357" w14:textId="77777777" w:rsidR="004C1819" w:rsidRDefault="00000000">
      <w:r>
        <w:t xml:space="preserve">50850000-8 – </w:t>
      </w:r>
      <w:proofErr w:type="spellStart"/>
      <w:r>
        <w:t>Služby</w:t>
      </w:r>
      <w:proofErr w:type="spellEnd"/>
      <w:r>
        <w:t xml:space="preserve"> </w:t>
      </w:r>
      <w:proofErr w:type="spellStart"/>
      <w:r>
        <w:t>údržby</w:t>
      </w:r>
      <w:proofErr w:type="spellEnd"/>
      <w:r>
        <w:t xml:space="preserve"> </w:t>
      </w:r>
      <w:proofErr w:type="spellStart"/>
      <w:r>
        <w:t>sportovních</w:t>
      </w:r>
      <w:proofErr w:type="spellEnd"/>
      <w:r>
        <w:t xml:space="preserve"> </w:t>
      </w:r>
      <w:proofErr w:type="spellStart"/>
      <w:r>
        <w:t>zařízení</w:t>
      </w:r>
      <w:proofErr w:type="spellEnd"/>
    </w:p>
    <w:p w14:paraId="64799220" w14:textId="77777777" w:rsidR="004C1819" w:rsidRDefault="00000000">
      <w:pPr>
        <w:pStyle w:val="Nadpis3"/>
      </w:pPr>
      <w:r>
        <w:t xml:space="preserve">4. </w:t>
      </w:r>
      <w:proofErr w:type="spellStart"/>
      <w:r>
        <w:t>Místo</w:t>
      </w:r>
      <w:proofErr w:type="spellEnd"/>
      <w:r>
        <w:t xml:space="preserve"> a </w:t>
      </w:r>
      <w:proofErr w:type="spellStart"/>
      <w:r>
        <w:t>rozsah</w:t>
      </w:r>
      <w:proofErr w:type="spellEnd"/>
      <w:r>
        <w:t xml:space="preserve"> </w:t>
      </w:r>
      <w:proofErr w:type="spellStart"/>
      <w:r>
        <w:t>plnění</w:t>
      </w:r>
      <w:proofErr w:type="spellEnd"/>
    </w:p>
    <w:p w14:paraId="06376C15" w14:textId="77777777" w:rsidR="003C52EA" w:rsidRDefault="00000000">
      <w:proofErr w:type="spellStart"/>
      <w:r>
        <w:t>Místo</w:t>
      </w:r>
      <w:proofErr w:type="spellEnd"/>
      <w:r>
        <w:t xml:space="preserve"> </w:t>
      </w:r>
      <w:proofErr w:type="spellStart"/>
      <w:r>
        <w:t>plnění</w:t>
      </w:r>
      <w:proofErr w:type="spellEnd"/>
      <w:r>
        <w:t xml:space="preserve">: </w:t>
      </w:r>
    </w:p>
    <w:p w14:paraId="223EBEF3" w14:textId="37C84CA0" w:rsidR="003C52EA" w:rsidRDefault="003C52EA">
      <w:proofErr w:type="spellStart"/>
      <w:r>
        <w:t>A</w:t>
      </w:r>
      <w:r w:rsidR="00082BDE">
        <w:t>reál</w:t>
      </w:r>
      <w:proofErr w:type="spellEnd"/>
      <w:r w:rsidR="00082BDE">
        <w:t xml:space="preserve"> ZŠ Dr. M. </w:t>
      </w:r>
      <w:proofErr w:type="spellStart"/>
      <w:r w:rsidR="00082BDE">
        <w:t>Tyrše</w:t>
      </w:r>
      <w:proofErr w:type="spellEnd"/>
      <w:r w:rsidR="00082BDE">
        <w:t xml:space="preserve">, Děčín II, </w:t>
      </w:r>
      <w:proofErr w:type="spellStart"/>
      <w:r w:rsidR="00082BDE">
        <w:t>Vrchlického</w:t>
      </w:r>
      <w:proofErr w:type="spellEnd"/>
      <w:r w:rsidR="00082BDE">
        <w:t xml:space="preserve"> 630/5</w:t>
      </w:r>
    </w:p>
    <w:p w14:paraId="225AEECE" w14:textId="1A30749D" w:rsidR="003C52EA" w:rsidRDefault="003C52EA">
      <w:proofErr w:type="spellStart"/>
      <w:r>
        <w:t>Rozsah</w:t>
      </w:r>
      <w:proofErr w:type="spellEnd"/>
      <w:r>
        <w:t xml:space="preserve"> </w:t>
      </w:r>
      <w:proofErr w:type="spellStart"/>
      <w:r>
        <w:t>prací</w:t>
      </w:r>
      <w:proofErr w:type="spellEnd"/>
      <w:r>
        <w:t xml:space="preserve"> je </w:t>
      </w:r>
      <w:proofErr w:type="spellStart"/>
      <w:r>
        <w:t>rozdělen</w:t>
      </w:r>
      <w:proofErr w:type="spellEnd"/>
      <w:r>
        <w:t xml:space="preserve"> do 3 </w:t>
      </w:r>
      <w:proofErr w:type="spellStart"/>
      <w:r>
        <w:t>stavebních</w:t>
      </w:r>
      <w:proofErr w:type="spellEnd"/>
      <w:r>
        <w:t xml:space="preserve"> </w:t>
      </w:r>
      <w:proofErr w:type="spellStart"/>
      <w:r>
        <w:t>objektů</w:t>
      </w:r>
      <w:proofErr w:type="spellEnd"/>
      <w:r>
        <w:t xml:space="preserve"> SO.01 – SO.03</w:t>
      </w:r>
    </w:p>
    <w:p w14:paraId="0F58E43F" w14:textId="6DB3B606" w:rsidR="003C52EA" w:rsidRDefault="00000000">
      <w:r>
        <w:br/>
      </w:r>
      <w:r w:rsidR="003C52EA" w:rsidRPr="003C52EA">
        <w:rPr>
          <w:b/>
          <w:bCs/>
        </w:rPr>
        <w:t>1. SO.01</w:t>
      </w:r>
    </w:p>
    <w:p w14:paraId="02D98DC4" w14:textId="4537E2CD" w:rsidR="003C52EA" w:rsidRPr="003C52EA" w:rsidRDefault="003C52EA">
      <w:pPr>
        <w:rPr>
          <w:b/>
          <w:bCs/>
        </w:rPr>
      </w:pPr>
      <w:proofErr w:type="spellStart"/>
      <w:r w:rsidRPr="003C52EA">
        <w:rPr>
          <w:b/>
          <w:bCs/>
        </w:rPr>
        <w:t>Sportovní</w:t>
      </w:r>
      <w:proofErr w:type="spellEnd"/>
      <w:r w:rsidRPr="003C52EA">
        <w:rPr>
          <w:b/>
          <w:bCs/>
        </w:rPr>
        <w:t xml:space="preserve"> </w:t>
      </w:r>
      <w:proofErr w:type="spellStart"/>
      <w:r w:rsidRPr="003C52EA">
        <w:rPr>
          <w:b/>
          <w:bCs/>
        </w:rPr>
        <w:t>hřiště</w:t>
      </w:r>
      <w:proofErr w:type="spellEnd"/>
      <w:r w:rsidRPr="003C52EA">
        <w:rPr>
          <w:b/>
          <w:bCs/>
        </w:rPr>
        <w:t xml:space="preserve"> s </w:t>
      </w:r>
      <w:proofErr w:type="spellStart"/>
      <w:r w:rsidRPr="003C52EA">
        <w:rPr>
          <w:b/>
          <w:bCs/>
        </w:rPr>
        <w:t>umělým</w:t>
      </w:r>
      <w:proofErr w:type="spellEnd"/>
      <w:r w:rsidRPr="003C52EA">
        <w:rPr>
          <w:b/>
          <w:bCs/>
        </w:rPr>
        <w:t xml:space="preserve"> </w:t>
      </w:r>
      <w:proofErr w:type="spellStart"/>
      <w:r w:rsidRPr="003C52EA">
        <w:rPr>
          <w:b/>
          <w:bCs/>
        </w:rPr>
        <w:t>trávníkem</w:t>
      </w:r>
      <w:proofErr w:type="spellEnd"/>
      <w:r w:rsidRPr="003C52EA">
        <w:rPr>
          <w:b/>
          <w:bCs/>
        </w:rPr>
        <w:t xml:space="preserve"> Lano-Wimbledon </w:t>
      </w:r>
      <w:proofErr w:type="spellStart"/>
      <w:r w:rsidRPr="003C52EA">
        <w:rPr>
          <w:b/>
          <w:bCs/>
        </w:rPr>
        <w:t>tl</w:t>
      </w:r>
      <w:proofErr w:type="spellEnd"/>
      <w:r w:rsidRPr="003C52EA">
        <w:rPr>
          <w:b/>
          <w:bCs/>
        </w:rPr>
        <w:t xml:space="preserve">. 20 mm s </w:t>
      </w:r>
      <w:proofErr w:type="spellStart"/>
      <w:r w:rsidRPr="003C52EA">
        <w:rPr>
          <w:b/>
          <w:bCs/>
        </w:rPr>
        <w:t>pískovým</w:t>
      </w:r>
      <w:proofErr w:type="spellEnd"/>
      <w:r w:rsidRPr="003C52EA">
        <w:rPr>
          <w:b/>
          <w:bCs/>
        </w:rPr>
        <w:t xml:space="preserve"> </w:t>
      </w:r>
      <w:proofErr w:type="spellStart"/>
      <w:r w:rsidRPr="003C52EA">
        <w:rPr>
          <w:b/>
          <w:bCs/>
        </w:rPr>
        <w:t>vsypem</w:t>
      </w:r>
      <w:proofErr w:type="spellEnd"/>
    </w:p>
    <w:p w14:paraId="031BF334" w14:textId="77777777" w:rsidR="003C52EA" w:rsidRDefault="00082BDE">
      <w:proofErr w:type="spellStart"/>
      <w:r>
        <w:t>Celková</w:t>
      </w:r>
      <w:proofErr w:type="spellEnd"/>
      <w:r>
        <w:t xml:space="preserve"> </w:t>
      </w:r>
      <w:proofErr w:type="spellStart"/>
      <w:r>
        <w:t>plocha</w:t>
      </w:r>
      <w:proofErr w:type="spellEnd"/>
      <w:r>
        <w:t xml:space="preserve"> </w:t>
      </w:r>
      <w:proofErr w:type="spellStart"/>
      <w:r>
        <w:t>sportoviště</w:t>
      </w:r>
      <w:proofErr w:type="spellEnd"/>
      <w:r>
        <w:t xml:space="preserve">: </w:t>
      </w:r>
      <w:r w:rsidR="003C52EA">
        <w:t>1750</w:t>
      </w:r>
      <w:r>
        <w:t xml:space="preserve"> m</w:t>
      </w:r>
      <w:r>
        <w:rPr>
          <w:vertAlign w:val="superscript"/>
        </w:rPr>
        <w:t>2</w:t>
      </w:r>
      <w:r>
        <w:t>.</w:t>
      </w:r>
    </w:p>
    <w:p w14:paraId="5FC6A9F8" w14:textId="0EEBB218" w:rsidR="00082BDE" w:rsidRDefault="00000000">
      <w:r>
        <w:br/>
      </w:r>
      <w:proofErr w:type="spellStart"/>
      <w:r>
        <w:t>Rozsah</w:t>
      </w:r>
      <w:proofErr w:type="spellEnd"/>
      <w:r w:rsidR="00082BDE">
        <w:t xml:space="preserve"> </w:t>
      </w:r>
      <w:proofErr w:type="spellStart"/>
      <w:r w:rsidR="00082BDE">
        <w:t>prací</w:t>
      </w:r>
      <w:proofErr w:type="spellEnd"/>
      <w:r w:rsidR="00082BDE">
        <w:t xml:space="preserve">: </w:t>
      </w:r>
    </w:p>
    <w:p w14:paraId="62AC2F86" w14:textId="02A801AC" w:rsidR="00082BDE" w:rsidRDefault="00082BDE">
      <w:r>
        <w:t xml:space="preserve">- </w:t>
      </w:r>
      <w:proofErr w:type="spellStart"/>
      <w:r>
        <w:t>odmetení</w:t>
      </w:r>
      <w:proofErr w:type="spellEnd"/>
      <w:r>
        <w:t xml:space="preserve"> </w:t>
      </w:r>
      <w:proofErr w:type="spellStart"/>
      <w:r>
        <w:t>hrubých</w:t>
      </w:r>
      <w:proofErr w:type="spellEnd"/>
      <w:r>
        <w:t xml:space="preserve"> </w:t>
      </w:r>
      <w:proofErr w:type="spellStart"/>
      <w:r>
        <w:t>nečistot</w:t>
      </w:r>
      <w:proofErr w:type="spellEnd"/>
      <w:r>
        <w:t xml:space="preserve"> z </w:t>
      </w:r>
      <w:proofErr w:type="spellStart"/>
      <w:r>
        <w:t>povrchu</w:t>
      </w:r>
      <w:proofErr w:type="spellEnd"/>
      <w:r>
        <w:t xml:space="preserve"> </w:t>
      </w:r>
      <w:proofErr w:type="spellStart"/>
      <w:r>
        <w:t>hřiště</w:t>
      </w:r>
      <w:proofErr w:type="spellEnd"/>
    </w:p>
    <w:p w14:paraId="0CA4C316" w14:textId="04156DB8" w:rsidR="00082BDE" w:rsidRDefault="00082BDE">
      <w:r>
        <w:t xml:space="preserve">- </w:t>
      </w:r>
      <w:proofErr w:type="spellStart"/>
      <w:r>
        <w:t>vykartáčování</w:t>
      </w:r>
      <w:proofErr w:type="spellEnd"/>
      <w:r>
        <w:t xml:space="preserve"> </w:t>
      </w:r>
      <w:proofErr w:type="spellStart"/>
      <w:r>
        <w:t>povrchu</w:t>
      </w:r>
      <w:proofErr w:type="spellEnd"/>
    </w:p>
    <w:p w14:paraId="4B676A1A" w14:textId="1B682816" w:rsidR="00082BDE" w:rsidRDefault="00082BDE">
      <w:r>
        <w:t xml:space="preserve">- </w:t>
      </w:r>
      <w:proofErr w:type="spellStart"/>
      <w:r>
        <w:t>vyprání</w:t>
      </w:r>
      <w:proofErr w:type="spellEnd"/>
      <w:r>
        <w:t xml:space="preserve"> a </w:t>
      </w:r>
      <w:proofErr w:type="spellStart"/>
      <w:r>
        <w:t>roz</w:t>
      </w:r>
      <w:r w:rsidR="000D4DB6">
        <w:t>bourání</w:t>
      </w:r>
      <w:proofErr w:type="spellEnd"/>
      <w:r w:rsidR="000D4DB6">
        <w:t xml:space="preserve"> </w:t>
      </w:r>
      <w:proofErr w:type="spellStart"/>
      <w:r w:rsidR="000D4DB6">
        <w:t>povrchu</w:t>
      </w:r>
      <w:proofErr w:type="spellEnd"/>
      <w:r w:rsidR="000D4DB6">
        <w:t xml:space="preserve"> </w:t>
      </w:r>
      <w:proofErr w:type="spellStart"/>
      <w:r w:rsidR="000D4DB6">
        <w:t>tlakovou</w:t>
      </w:r>
      <w:proofErr w:type="spellEnd"/>
      <w:r w:rsidR="000D4DB6">
        <w:t xml:space="preserve"> vodou</w:t>
      </w:r>
    </w:p>
    <w:p w14:paraId="12E6CEF5" w14:textId="0DFC3F9A" w:rsidR="000D4DB6" w:rsidRDefault="000D4DB6">
      <w:r>
        <w:lastRenderedPageBreak/>
        <w:t xml:space="preserve">- </w:t>
      </w:r>
      <w:proofErr w:type="spellStart"/>
      <w:r>
        <w:t>vykartáčování</w:t>
      </w:r>
      <w:proofErr w:type="spellEnd"/>
      <w:r>
        <w:t xml:space="preserve"> </w:t>
      </w:r>
      <w:proofErr w:type="spellStart"/>
      <w:r>
        <w:t>umělé</w:t>
      </w:r>
      <w:proofErr w:type="spellEnd"/>
      <w:r>
        <w:t xml:space="preserve"> </w:t>
      </w:r>
      <w:proofErr w:type="spellStart"/>
      <w:r>
        <w:t>trávy</w:t>
      </w:r>
      <w:proofErr w:type="spellEnd"/>
      <w:r>
        <w:t xml:space="preserve"> </w:t>
      </w:r>
      <w:proofErr w:type="spellStart"/>
      <w:r>
        <w:t>rotačním</w:t>
      </w:r>
      <w:proofErr w:type="spellEnd"/>
      <w:r>
        <w:t xml:space="preserve"> </w:t>
      </w:r>
      <w:proofErr w:type="spellStart"/>
      <w:r>
        <w:t>kartáčem</w:t>
      </w:r>
      <w:proofErr w:type="spellEnd"/>
      <w:r>
        <w:t xml:space="preserve"> a </w:t>
      </w:r>
      <w:proofErr w:type="spellStart"/>
      <w:r>
        <w:t>narovnání</w:t>
      </w:r>
      <w:proofErr w:type="spellEnd"/>
      <w:r>
        <w:t xml:space="preserve"> </w:t>
      </w:r>
      <w:proofErr w:type="spellStart"/>
      <w:r>
        <w:t>vlasců</w:t>
      </w:r>
      <w:proofErr w:type="spellEnd"/>
    </w:p>
    <w:p w14:paraId="3D5225D0" w14:textId="138183BE" w:rsidR="003C52EA" w:rsidRDefault="000D4DB6">
      <w:pPr>
        <w:rPr>
          <w:vertAlign w:val="superscript"/>
        </w:rPr>
      </w:pPr>
      <w:r>
        <w:t xml:space="preserve">- </w:t>
      </w:r>
      <w:proofErr w:type="spellStart"/>
      <w:r>
        <w:t>částečná</w:t>
      </w:r>
      <w:proofErr w:type="spellEnd"/>
      <w:r>
        <w:t xml:space="preserve"> </w:t>
      </w:r>
      <w:proofErr w:type="spellStart"/>
      <w:r>
        <w:t>výměna</w:t>
      </w:r>
      <w:proofErr w:type="spellEnd"/>
      <w:r>
        <w:t xml:space="preserve"> </w:t>
      </w:r>
      <w:proofErr w:type="spellStart"/>
      <w:r>
        <w:t>povrchu</w:t>
      </w:r>
      <w:proofErr w:type="spellEnd"/>
      <w:r>
        <w:t xml:space="preserve"> v </w:t>
      </w:r>
      <w:proofErr w:type="spellStart"/>
      <w:r>
        <w:t>prostoru</w:t>
      </w:r>
      <w:proofErr w:type="spellEnd"/>
      <w:r>
        <w:t xml:space="preserve"> </w:t>
      </w:r>
      <w:proofErr w:type="spellStart"/>
      <w:r>
        <w:t>před</w:t>
      </w:r>
      <w:proofErr w:type="spellEnd"/>
      <w:r>
        <w:t xml:space="preserve"> </w:t>
      </w:r>
      <w:proofErr w:type="spellStart"/>
      <w:r>
        <w:t>brankami</w:t>
      </w:r>
      <w:proofErr w:type="spellEnd"/>
      <w:r>
        <w:t xml:space="preserve"> (viz. </w:t>
      </w:r>
      <w:proofErr w:type="spellStart"/>
      <w:r>
        <w:t>fotodokumentace</w:t>
      </w:r>
      <w:proofErr w:type="spellEnd"/>
      <w:r>
        <w:t xml:space="preserve"> </w:t>
      </w:r>
      <w:proofErr w:type="spellStart"/>
      <w:r>
        <w:t>poškozených</w:t>
      </w:r>
      <w:proofErr w:type="spellEnd"/>
      <w:r>
        <w:t xml:space="preserve"> </w:t>
      </w:r>
      <w:proofErr w:type="spellStart"/>
      <w:r>
        <w:t>míst</w:t>
      </w:r>
      <w:proofErr w:type="spellEnd"/>
      <w:r>
        <w:t xml:space="preserve">) a </w:t>
      </w:r>
      <w:proofErr w:type="spellStart"/>
      <w:r>
        <w:t>doplnění</w:t>
      </w:r>
      <w:proofErr w:type="spellEnd"/>
      <w:r>
        <w:t xml:space="preserve"> </w:t>
      </w:r>
      <w:proofErr w:type="spellStart"/>
      <w:r>
        <w:t>lajnování</w:t>
      </w:r>
      <w:proofErr w:type="spellEnd"/>
      <w:r>
        <w:t xml:space="preserve"> – </w:t>
      </w:r>
      <w:proofErr w:type="spellStart"/>
      <w:r>
        <w:t>celkem</w:t>
      </w:r>
      <w:proofErr w:type="spellEnd"/>
      <w:r>
        <w:t xml:space="preserve"> </w:t>
      </w:r>
      <w:r w:rsidR="003C52EA">
        <w:t>2 x 35</w:t>
      </w:r>
      <w:r>
        <w:t xml:space="preserve"> m</w:t>
      </w:r>
      <w:r>
        <w:rPr>
          <w:vertAlign w:val="superscript"/>
        </w:rPr>
        <w:t>2</w:t>
      </w:r>
    </w:p>
    <w:p w14:paraId="41B32F48" w14:textId="25A2B2D7" w:rsidR="003C52EA" w:rsidRDefault="003C52EA">
      <w:pPr>
        <w:rPr>
          <w:b/>
          <w:bCs/>
        </w:rPr>
      </w:pPr>
      <w:r w:rsidRPr="003C52EA">
        <w:rPr>
          <w:b/>
          <w:bCs/>
        </w:rPr>
        <w:t>2. SO.02</w:t>
      </w:r>
    </w:p>
    <w:p w14:paraId="2171172E" w14:textId="6BFBA605" w:rsidR="003C52EA" w:rsidRDefault="003C52EA">
      <w:pPr>
        <w:rPr>
          <w:b/>
          <w:bCs/>
        </w:rPr>
      </w:pPr>
      <w:proofErr w:type="spellStart"/>
      <w:r>
        <w:rPr>
          <w:b/>
          <w:bCs/>
        </w:rPr>
        <w:t>Atletický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ovál</w:t>
      </w:r>
      <w:proofErr w:type="spellEnd"/>
      <w:r>
        <w:rPr>
          <w:b/>
          <w:bCs/>
        </w:rPr>
        <w:t xml:space="preserve"> s </w:t>
      </w:r>
      <w:proofErr w:type="spellStart"/>
      <w:r>
        <w:rPr>
          <w:b/>
          <w:bCs/>
        </w:rPr>
        <w:t>umělým</w:t>
      </w:r>
      <w:proofErr w:type="spellEnd"/>
      <w:r>
        <w:rPr>
          <w:b/>
          <w:bCs/>
        </w:rPr>
        <w:t xml:space="preserve"> </w:t>
      </w:r>
      <w:proofErr w:type="spellStart"/>
      <w:r>
        <w:rPr>
          <w:b/>
          <w:bCs/>
        </w:rPr>
        <w:t>povrchem</w:t>
      </w:r>
      <w:proofErr w:type="spellEnd"/>
      <w:r>
        <w:rPr>
          <w:b/>
          <w:bCs/>
        </w:rPr>
        <w:t xml:space="preserve"> DUROFLEX S</w:t>
      </w:r>
    </w:p>
    <w:p w14:paraId="65FA6433" w14:textId="44720406" w:rsidR="003C52EA" w:rsidRDefault="003C52EA">
      <w:pPr>
        <w:rPr>
          <w:vertAlign w:val="superscript"/>
        </w:rPr>
      </w:pPr>
      <w:proofErr w:type="spellStart"/>
      <w:r w:rsidRPr="003C52EA">
        <w:t>Celková</w:t>
      </w:r>
      <w:proofErr w:type="spellEnd"/>
      <w:r w:rsidRPr="003C52EA">
        <w:t xml:space="preserve"> </w:t>
      </w:r>
      <w:proofErr w:type="spellStart"/>
      <w:r w:rsidRPr="003C52EA">
        <w:t>plocha</w:t>
      </w:r>
      <w:proofErr w:type="spellEnd"/>
      <w:r w:rsidRPr="003C52EA">
        <w:t xml:space="preserve"> </w:t>
      </w:r>
      <w:proofErr w:type="spellStart"/>
      <w:r w:rsidRPr="003C52EA">
        <w:t>sportoviště</w:t>
      </w:r>
      <w:proofErr w:type="spellEnd"/>
      <w:r w:rsidRPr="003C52EA">
        <w:t>: 900 m</w:t>
      </w:r>
      <w:r w:rsidRPr="003C52EA">
        <w:rPr>
          <w:vertAlign w:val="superscript"/>
        </w:rPr>
        <w:t>2</w:t>
      </w:r>
    </w:p>
    <w:p w14:paraId="5F14005A" w14:textId="57D0C241" w:rsidR="003C52EA" w:rsidRDefault="003C52EA">
      <w:proofErr w:type="spellStart"/>
      <w:r>
        <w:t>Rozsah</w:t>
      </w:r>
      <w:proofErr w:type="spellEnd"/>
      <w:r>
        <w:t xml:space="preserve"> </w:t>
      </w:r>
      <w:proofErr w:type="spellStart"/>
      <w:r>
        <w:t>prací</w:t>
      </w:r>
      <w:proofErr w:type="spellEnd"/>
      <w:r>
        <w:t>:</w:t>
      </w:r>
    </w:p>
    <w:p w14:paraId="1C020AC6" w14:textId="2C84506B" w:rsidR="003C52EA" w:rsidRDefault="003C52EA" w:rsidP="003C52EA">
      <w:pPr>
        <w:pStyle w:val="Odstavecseseznamem"/>
        <w:numPr>
          <w:ilvl w:val="0"/>
          <w:numId w:val="10"/>
        </w:numPr>
      </w:pPr>
      <w:r>
        <w:t xml:space="preserve"> </w:t>
      </w:r>
      <w:proofErr w:type="spellStart"/>
      <w:r>
        <w:t>tlakové</w:t>
      </w:r>
      <w:proofErr w:type="spellEnd"/>
      <w:r>
        <w:t xml:space="preserve"> </w:t>
      </w:r>
      <w:proofErr w:type="spellStart"/>
      <w:r>
        <w:t>čištění</w:t>
      </w:r>
      <w:proofErr w:type="spellEnd"/>
      <w:r>
        <w:t xml:space="preserve"> </w:t>
      </w:r>
      <w:proofErr w:type="spellStart"/>
      <w:r>
        <w:t>povrchu</w:t>
      </w:r>
      <w:proofErr w:type="spellEnd"/>
      <w:r>
        <w:t xml:space="preserve"> </w:t>
      </w:r>
      <w:proofErr w:type="spellStart"/>
      <w:r>
        <w:t>strojně</w:t>
      </w:r>
      <w:proofErr w:type="spellEnd"/>
    </w:p>
    <w:p w14:paraId="0B99F623" w14:textId="5771F5D5" w:rsidR="003C52EA" w:rsidRDefault="003C52EA" w:rsidP="003C52EA">
      <w:pPr>
        <w:rPr>
          <w:b/>
          <w:bCs/>
        </w:rPr>
      </w:pPr>
      <w:r w:rsidRPr="00D53A1C">
        <w:rPr>
          <w:b/>
          <w:bCs/>
        </w:rPr>
        <w:t>3. SO.03</w:t>
      </w:r>
    </w:p>
    <w:p w14:paraId="1D3687F0" w14:textId="11198E31" w:rsidR="00D53A1C" w:rsidRDefault="00D53A1C" w:rsidP="003C52EA">
      <w:pPr>
        <w:rPr>
          <w:b/>
          <w:bCs/>
        </w:rPr>
      </w:pPr>
      <w:proofErr w:type="spellStart"/>
      <w:r w:rsidRPr="003C52EA">
        <w:rPr>
          <w:b/>
          <w:bCs/>
        </w:rPr>
        <w:t>Sportovní</w:t>
      </w:r>
      <w:proofErr w:type="spellEnd"/>
      <w:r w:rsidRPr="003C52EA">
        <w:rPr>
          <w:b/>
          <w:bCs/>
        </w:rPr>
        <w:t xml:space="preserve"> </w:t>
      </w:r>
      <w:proofErr w:type="spellStart"/>
      <w:r w:rsidRPr="003C52EA">
        <w:rPr>
          <w:b/>
          <w:bCs/>
        </w:rPr>
        <w:t>hřiště</w:t>
      </w:r>
      <w:proofErr w:type="spellEnd"/>
      <w:r w:rsidRPr="003C52EA">
        <w:rPr>
          <w:b/>
          <w:bCs/>
        </w:rPr>
        <w:t xml:space="preserve"> s </w:t>
      </w:r>
      <w:proofErr w:type="spellStart"/>
      <w:r w:rsidRPr="003C52EA">
        <w:rPr>
          <w:b/>
          <w:bCs/>
        </w:rPr>
        <w:t>umělým</w:t>
      </w:r>
      <w:proofErr w:type="spellEnd"/>
      <w:r w:rsidRPr="003C52EA">
        <w:rPr>
          <w:b/>
          <w:bCs/>
        </w:rPr>
        <w:t xml:space="preserve"> </w:t>
      </w:r>
      <w:proofErr w:type="spellStart"/>
      <w:r w:rsidRPr="003C52EA">
        <w:rPr>
          <w:b/>
          <w:bCs/>
        </w:rPr>
        <w:t>trávníkem</w:t>
      </w:r>
      <w:proofErr w:type="spellEnd"/>
    </w:p>
    <w:p w14:paraId="28216FE1" w14:textId="61E67910" w:rsidR="00D53A1C" w:rsidRDefault="00D53A1C" w:rsidP="003C52EA">
      <w:pPr>
        <w:rPr>
          <w:vertAlign w:val="superscript"/>
        </w:rPr>
      </w:pPr>
      <w:proofErr w:type="spellStart"/>
      <w:r w:rsidRPr="00D53A1C">
        <w:t>Celková</w:t>
      </w:r>
      <w:proofErr w:type="spellEnd"/>
      <w:r w:rsidRPr="00D53A1C">
        <w:t xml:space="preserve"> </w:t>
      </w:r>
      <w:proofErr w:type="spellStart"/>
      <w:r w:rsidRPr="00D53A1C">
        <w:t>plocha</w:t>
      </w:r>
      <w:proofErr w:type="spellEnd"/>
      <w:r w:rsidRPr="00D53A1C">
        <w:t xml:space="preserve"> </w:t>
      </w:r>
      <w:proofErr w:type="spellStart"/>
      <w:r w:rsidRPr="00D53A1C">
        <w:t>sportoviště</w:t>
      </w:r>
      <w:proofErr w:type="spellEnd"/>
      <w:r w:rsidRPr="00D53A1C">
        <w:t>: 420 m</w:t>
      </w:r>
      <w:r w:rsidRPr="00D53A1C">
        <w:rPr>
          <w:vertAlign w:val="superscript"/>
        </w:rPr>
        <w:t>2</w:t>
      </w:r>
    </w:p>
    <w:p w14:paraId="4327EFB3" w14:textId="77777777" w:rsidR="00D53A1C" w:rsidRDefault="00D53A1C" w:rsidP="00D53A1C">
      <w:proofErr w:type="spellStart"/>
      <w:r>
        <w:t>Rozsah</w:t>
      </w:r>
      <w:proofErr w:type="spellEnd"/>
      <w:r>
        <w:t xml:space="preserve"> </w:t>
      </w:r>
      <w:proofErr w:type="spellStart"/>
      <w:r>
        <w:t>prací</w:t>
      </w:r>
      <w:proofErr w:type="spellEnd"/>
      <w:r>
        <w:t xml:space="preserve">: </w:t>
      </w:r>
    </w:p>
    <w:p w14:paraId="6E236C3C" w14:textId="77777777" w:rsidR="00D53A1C" w:rsidRDefault="00D53A1C" w:rsidP="00D53A1C">
      <w:r>
        <w:t xml:space="preserve">- </w:t>
      </w:r>
      <w:proofErr w:type="spellStart"/>
      <w:r>
        <w:t>odmetení</w:t>
      </w:r>
      <w:proofErr w:type="spellEnd"/>
      <w:r>
        <w:t xml:space="preserve"> </w:t>
      </w:r>
      <w:proofErr w:type="spellStart"/>
      <w:r>
        <w:t>hrubých</w:t>
      </w:r>
      <w:proofErr w:type="spellEnd"/>
      <w:r>
        <w:t xml:space="preserve"> </w:t>
      </w:r>
      <w:proofErr w:type="spellStart"/>
      <w:r>
        <w:t>nečistot</w:t>
      </w:r>
      <w:proofErr w:type="spellEnd"/>
      <w:r>
        <w:t xml:space="preserve"> z </w:t>
      </w:r>
      <w:proofErr w:type="spellStart"/>
      <w:r>
        <w:t>povrchu</w:t>
      </w:r>
      <w:proofErr w:type="spellEnd"/>
      <w:r>
        <w:t xml:space="preserve"> </w:t>
      </w:r>
      <w:proofErr w:type="spellStart"/>
      <w:r>
        <w:t>hřiště</w:t>
      </w:r>
      <w:proofErr w:type="spellEnd"/>
    </w:p>
    <w:p w14:paraId="5FFC1B34" w14:textId="77777777" w:rsidR="00D53A1C" w:rsidRDefault="00D53A1C" w:rsidP="00D53A1C">
      <w:r>
        <w:t xml:space="preserve">- </w:t>
      </w:r>
      <w:proofErr w:type="spellStart"/>
      <w:r>
        <w:t>vykartáčování</w:t>
      </w:r>
      <w:proofErr w:type="spellEnd"/>
      <w:r>
        <w:t xml:space="preserve"> </w:t>
      </w:r>
      <w:proofErr w:type="spellStart"/>
      <w:r>
        <w:t>povrchu</w:t>
      </w:r>
      <w:proofErr w:type="spellEnd"/>
    </w:p>
    <w:p w14:paraId="65AC78D3" w14:textId="77777777" w:rsidR="00D53A1C" w:rsidRDefault="00D53A1C" w:rsidP="00D53A1C">
      <w:r>
        <w:t xml:space="preserve">- </w:t>
      </w:r>
      <w:proofErr w:type="spellStart"/>
      <w:r>
        <w:t>vyprání</w:t>
      </w:r>
      <w:proofErr w:type="spellEnd"/>
      <w:r>
        <w:t xml:space="preserve"> a </w:t>
      </w:r>
      <w:proofErr w:type="spellStart"/>
      <w:r>
        <w:t>rozbourání</w:t>
      </w:r>
      <w:proofErr w:type="spellEnd"/>
      <w:r>
        <w:t xml:space="preserve"> </w:t>
      </w:r>
      <w:proofErr w:type="spellStart"/>
      <w:r>
        <w:t>povrchu</w:t>
      </w:r>
      <w:proofErr w:type="spellEnd"/>
      <w:r>
        <w:t xml:space="preserve"> </w:t>
      </w:r>
      <w:proofErr w:type="spellStart"/>
      <w:r>
        <w:t>tlakovou</w:t>
      </w:r>
      <w:proofErr w:type="spellEnd"/>
      <w:r>
        <w:t xml:space="preserve"> vodou</w:t>
      </w:r>
    </w:p>
    <w:p w14:paraId="24A415D0" w14:textId="77777777" w:rsidR="00D53A1C" w:rsidRDefault="00D53A1C" w:rsidP="00D53A1C">
      <w:r>
        <w:t xml:space="preserve">- </w:t>
      </w:r>
      <w:proofErr w:type="spellStart"/>
      <w:r>
        <w:t>vykartáčování</w:t>
      </w:r>
      <w:proofErr w:type="spellEnd"/>
      <w:r>
        <w:t xml:space="preserve"> </w:t>
      </w:r>
      <w:proofErr w:type="spellStart"/>
      <w:r>
        <w:t>umělé</w:t>
      </w:r>
      <w:proofErr w:type="spellEnd"/>
      <w:r>
        <w:t xml:space="preserve"> </w:t>
      </w:r>
      <w:proofErr w:type="spellStart"/>
      <w:r>
        <w:t>trávy</w:t>
      </w:r>
      <w:proofErr w:type="spellEnd"/>
      <w:r>
        <w:t xml:space="preserve"> </w:t>
      </w:r>
      <w:proofErr w:type="spellStart"/>
      <w:r>
        <w:t>rotačním</w:t>
      </w:r>
      <w:proofErr w:type="spellEnd"/>
      <w:r>
        <w:t xml:space="preserve"> </w:t>
      </w:r>
      <w:proofErr w:type="spellStart"/>
      <w:r>
        <w:t>kartáčem</w:t>
      </w:r>
      <w:proofErr w:type="spellEnd"/>
      <w:r>
        <w:t xml:space="preserve"> a </w:t>
      </w:r>
      <w:proofErr w:type="spellStart"/>
      <w:r>
        <w:t>narovnání</w:t>
      </w:r>
      <w:proofErr w:type="spellEnd"/>
      <w:r>
        <w:t xml:space="preserve"> </w:t>
      </w:r>
      <w:proofErr w:type="spellStart"/>
      <w:r>
        <w:t>vlasců</w:t>
      </w:r>
      <w:proofErr w:type="spellEnd"/>
    </w:p>
    <w:p w14:paraId="7F175F0D" w14:textId="2332BB8A" w:rsidR="00D53A1C" w:rsidRPr="00D53A1C" w:rsidRDefault="00D53A1C" w:rsidP="003C52EA">
      <w:r>
        <w:t xml:space="preserve">- </w:t>
      </w:r>
      <w:proofErr w:type="spellStart"/>
      <w:r>
        <w:t>částečná</w:t>
      </w:r>
      <w:proofErr w:type="spellEnd"/>
      <w:r>
        <w:t xml:space="preserve"> </w:t>
      </w:r>
      <w:proofErr w:type="spellStart"/>
      <w:r>
        <w:t>oprava</w:t>
      </w:r>
      <w:proofErr w:type="spellEnd"/>
      <w:r>
        <w:t>/</w:t>
      </w:r>
      <w:proofErr w:type="spellStart"/>
      <w:r>
        <w:t>výměna</w:t>
      </w:r>
      <w:proofErr w:type="spellEnd"/>
      <w:r>
        <w:t xml:space="preserve"> </w:t>
      </w:r>
      <w:proofErr w:type="spellStart"/>
      <w:r>
        <w:t>lajnování</w:t>
      </w:r>
      <w:proofErr w:type="spellEnd"/>
      <w:r>
        <w:t xml:space="preserve"> </w:t>
      </w:r>
    </w:p>
    <w:p w14:paraId="24DB1085" w14:textId="77777777" w:rsidR="004C1819" w:rsidRDefault="00000000">
      <w:pPr>
        <w:pStyle w:val="Nadpis3"/>
      </w:pPr>
      <w:r>
        <w:t xml:space="preserve">5. </w:t>
      </w:r>
      <w:proofErr w:type="spellStart"/>
      <w:r>
        <w:t>Termín</w:t>
      </w:r>
      <w:proofErr w:type="spellEnd"/>
      <w:r>
        <w:t xml:space="preserve"> </w:t>
      </w:r>
      <w:proofErr w:type="spellStart"/>
      <w:r>
        <w:t>plnění</w:t>
      </w:r>
      <w:proofErr w:type="spellEnd"/>
    </w:p>
    <w:p w14:paraId="412DD949" w14:textId="77777777" w:rsidR="00D53A1C" w:rsidRPr="00D53A1C" w:rsidRDefault="00D53A1C" w:rsidP="00D53A1C"/>
    <w:p w14:paraId="6A974224" w14:textId="77777777" w:rsidR="00D53A1C" w:rsidRDefault="00000000">
      <w:proofErr w:type="spellStart"/>
      <w:r>
        <w:t>Zahájení</w:t>
      </w:r>
      <w:proofErr w:type="spellEnd"/>
      <w:r>
        <w:t xml:space="preserve"> </w:t>
      </w:r>
      <w:proofErr w:type="spellStart"/>
      <w:r>
        <w:t>prací</w:t>
      </w:r>
      <w:proofErr w:type="spellEnd"/>
      <w:r>
        <w:t xml:space="preserve">: </w:t>
      </w:r>
      <w:proofErr w:type="spellStart"/>
      <w:r w:rsidR="003C52EA">
        <w:t>jaro</w:t>
      </w:r>
      <w:proofErr w:type="spellEnd"/>
      <w:r w:rsidR="003C52EA">
        <w:t xml:space="preserve"> 2026</w:t>
      </w:r>
      <w:r w:rsidR="000D4DB6">
        <w:t xml:space="preserve"> </w:t>
      </w:r>
    </w:p>
    <w:p w14:paraId="03158953" w14:textId="74DD5874" w:rsidR="004C1819" w:rsidRDefault="00000000">
      <w:r>
        <w:br/>
      </w:r>
      <w:proofErr w:type="spellStart"/>
      <w:r>
        <w:t>Ukončení</w:t>
      </w:r>
      <w:proofErr w:type="spellEnd"/>
      <w:r>
        <w:t xml:space="preserve"> </w:t>
      </w:r>
      <w:proofErr w:type="spellStart"/>
      <w:r>
        <w:t>prací</w:t>
      </w:r>
      <w:proofErr w:type="spellEnd"/>
      <w:r>
        <w:t xml:space="preserve">: </w:t>
      </w:r>
      <w:r w:rsidR="00D53A1C">
        <w:t>20</w:t>
      </w:r>
      <w:r w:rsidR="000D4DB6">
        <w:t xml:space="preserve"> </w:t>
      </w:r>
      <w:proofErr w:type="spellStart"/>
      <w:r w:rsidR="000D4DB6">
        <w:t>dní</w:t>
      </w:r>
      <w:proofErr w:type="spellEnd"/>
      <w:r w:rsidR="000D4DB6">
        <w:t xml:space="preserve"> od </w:t>
      </w:r>
      <w:proofErr w:type="spellStart"/>
      <w:r w:rsidR="000D4DB6">
        <w:t>předání</w:t>
      </w:r>
      <w:proofErr w:type="spellEnd"/>
      <w:r w:rsidR="000D4DB6">
        <w:t xml:space="preserve"> </w:t>
      </w:r>
      <w:proofErr w:type="spellStart"/>
      <w:r w:rsidR="000D4DB6">
        <w:t>staveniště</w:t>
      </w:r>
      <w:proofErr w:type="spellEnd"/>
    </w:p>
    <w:p w14:paraId="654EBC5B" w14:textId="77777777" w:rsidR="00D53A1C" w:rsidRDefault="00D53A1C"/>
    <w:p w14:paraId="6C41E1CF" w14:textId="77777777" w:rsidR="004C1819" w:rsidRDefault="00000000">
      <w:pPr>
        <w:pStyle w:val="Nadpis3"/>
      </w:pPr>
      <w:r>
        <w:t xml:space="preserve">6. </w:t>
      </w:r>
      <w:proofErr w:type="spellStart"/>
      <w:r>
        <w:t>Požadavky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kvalitu</w:t>
      </w:r>
      <w:proofErr w:type="spellEnd"/>
      <w:r>
        <w:t xml:space="preserve"> a </w:t>
      </w:r>
      <w:proofErr w:type="spellStart"/>
      <w:r>
        <w:t>provedení</w:t>
      </w:r>
      <w:proofErr w:type="spellEnd"/>
    </w:p>
    <w:p w14:paraId="3680A5EF" w14:textId="1E839F71" w:rsidR="004C1819" w:rsidRDefault="00000000">
      <w:proofErr w:type="spellStart"/>
      <w:r>
        <w:t>Použité</w:t>
      </w:r>
      <w:proofErr w:type="spellEnd"/>
      <w:r>
        <w:t xml:space="preserve"> </w:t>
      </w:r>
      <w:proofErr w:type="spellStart"/>
      <w:r>
        <w:t>materiály</w:t>
      </w:r>
      <w:proofErr w:type="spellEnd"/>
      <w:r>
        <w:t xml:space="preserve"> </w:t>
      </w:r>
      <w:proofErr w:type="spellStart"/>
      <w:r>
        <w:t>musí</w:t>
      </w:r>
      <w:proofErr w:type="spellEnd"/>
      <w:r>
        <w:t xml:space="preserve"> </w:t>
      </w:r>
      <w:proofErr w:type="spellStart"/>
      <w:r>
        <w:t>splňovat</w:t>
      </w:r>
      <w:proofErr w:type="spellEnd"/>
      <w:r>
        <w:t xml:space="preserve"> </w:t>
      </w:r>
      <w:proofErr w:type="spellStart"/>
      <w:r>
        <w:t>příslušné</w:t>
      </w:r>
      <w:proofErr w:type="spellEnd"/>
      <w:r>
        <w:t xml:space="preserve"> </w:t>
      </w:r>
      <w:proofErr w:type="spellStart"/>
      <w:r>
        <w:t>normy</w:t>
      </w:r>
      <w:proofErr w:type="spellEnd"/>
      <w:r>
        <w:t xml:space="preserve">. </w:t>
      </w:r>
      <w:proofErr w:type="spellStart"/>
      <w:r>
        <w:t>Zhotovitel</w:t>
      </w:r>
      <w:proofErr w:type="spellEnd"/>
      <w:r>
        <w:t xml:space="preserve"> </w:t>
      </w:r>
      <w:proofErr w:type="spellStart"/>
      <w:r>
        <w:t>zajistí</w:t>
      </w:r>
      <w:proofErr w:type="spellEnd"/>
      <w:r>
        <w:t xml:space="preserve"> </w:t>
      </w:r>
      <w:proofErr w:type="spellStart"/>
      <w:r>
        <w:t>záruční</w:t>
      </w:r>
      <w:proofErr w:type="spellEnd"/>
      <w:r>
        <w:t xml:space="preserve"> </w:t>
      </w:r>
      <w:proofErr w:type="spellStart"/>
      <w:r>
        <w:t>dobu</w:t>
      </w:r>
      <w:proofErr w:type="spellEnd"/>
      <w:r>
        <w:t xml:space="preserve"> min. 24 </w:t>
      </w:r>
      <w:proofErr w:type="spellStart"/>
      <w:r>
        <w:t>měsíců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provedené</w:t>
      </w:r>
      <w:proofErr w:type="spellEnd"/>
      <w:r>
        <w:t xml:space="preserve"> </w:t>
      </w:r>
      <w:proofErr w:type="spellStart"/>
      <w:r>
        <w:t>práce</w:t>
      </w:r>
      <w:proofErr w:type="spellEnd"/>
      <w:r w:rsidR="003723F8">
        <w:t xml:space="preserve"> (</w:t>
      </w:r>
      <w:proofErr w:type="spellStart"/>
      <w:r w:rsidR="003723F8">
        <w:t>opravy</w:t>
      </w:r>
      <w:proofErr w:type="spellEnd"/>
      <w:r w:rsidR="003723F8">
        <w:t xml:space="preserve"> </w:t>
      </w:r>
      <w:proofErr w:type="spellStart"/>
      <w:r w:rsidR="003723F8">
        <w:t>povrchu</w:t>
      </w:r>
      <w:proofErr w:type="spellEnd"/>
      <w:r w:rsidR="003723F8">
        <w:t>)</w:t>
      </w:r>
      <w:r>
        <w:t>.</w:t>
      </w:r>
    </w:p>
    <w:p w14:paraId="006A833E" w14:textId="77777777" w:rsidR="004C1819" w:rsidRDefault="00000000">
      <w:pPr>
        <w:pStyle w:val="Nadpis3"/>
      </w:pPr>
      <w:r>
        <w:t xml:space="preserve">7. </w:t>
      </w:r>
      <w:proofErr w:type="spellStart"/>
      <w:r>
        <w:t>Požadavky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uchazeče</w:t>
      </w:r>
      <w:proofErr w:type="spellEnd"/>
    </w:p>
    <w:p w14:paraId="11398498" w14:textId="020AC3B6" w:rsidR="004C1819" w:rsidRDefault="00000000">
      <w:proofErr w:type="spellStart"/>
      <w:r>
        <w:t>Uchazeč</w:t>
      </w:r>
      <w:proofErr w:type="spellEnd"/>
      <w:r>
        <w:t xml:space="preserve"> </w:t>
      </w:r>
      <w:proofErr w:type="spellStart"/>
      <w:r>
        <w:t>doloží</w:t>
      </w:r>
      <w:proofErr w:type="spellEnd"/>
      <w:r>
        <w:t xml:space="preserve"> reference </w:t>
      </w:r>
      <w:r w:rsidR="00EF6F3B">
        <w:t xml:space="preserve">min. 2 </w:t>
      </w:r>
      <w:proofErr w:type="spellStart"/>
      <w:r>
        <w:t>obdobných</w:t>
      </w:r>
      <w:proofErr w:type="spellEnd"/>
      <w:r>
        <w:t xml:space="preserve"> </w:t>
      </w:r>
      <w:proofErr w:type="spellStart"/>
      <w:r>
        <w:t>zakázek</w:t>
      </w:r>
      <w:proofErr w:type="spellEnd"/>
      <w:r>
        <w:t xml:space="preserve"> </w:t>
      </w:r>
      <w:proofErr w:type="spellStart"/>
      <w:r w:rsidR="00EF6F3B">
        <w:t>realizovaných</w:t>
      </w:r>
      <w:proofErr w:type="spellEnd"/>
      <w:r w:rsidR="00EF6F3B">
        <w:t xml:space="preserve"> v </w:t>
      </w:r>
      <w:proofErr w:type="spellStart"/>
      <w:r w:rsidR="00EF6F3B">
        <w:t>posledních</w:t>
      </w:r>
      <w:proofErr w:type="spellEnd"/>
      <w:r w:rsidR="00EF6F3B">
        <w:t xml:space="preserve"> 3 </w:t>
      </w:r>
      <w:proofErr w:type="spellStart"/>
      <w:r w:rsidR="00EF6F3B">
        <w:t>letech</w:t>
      </w:r>
      <w:proofErr w:type="spellEnd"/>
      <w:r w:rsidR="00EF6F3B">
        <w:t xml:space="preserve"> </w:t>
      </w:r>
      <w:proofErr w:type="gramStart"/>
      <w:r>
        <w:t>a</w:t>
      </w:r>
      <w:proofErr w:type="gramEnd"/>
      <w:r>
        <w:t xml:space="preserve"> </w:t>
      </w:r>
      <w:proofErr w:type="spellStart"/>
      <w:r>
        <w:t>oprávnění</w:t>
      </w:r>
      <w:proofErr w:type="spellEnd"/>
      <w:r>
        <w:t xml:space="preserve"> k </w:t>
      </w:r>
      <w:proofErr w:type="spellStart"/>
      <w:r>
        <w:t>podnikání</w:t>
      </w:r>
      <w:proofErr w:type="spellEnd"/>
      <w:r>
        <w:t xml:space="preserve"> v </w:t>
      </w:r>
      <w:proofErr w:type="spellStart"/>
      <w:r>
        <w:t>oblasti</w:t>
      </w:r>
      <w:proofErr w:type="spellEnd"/>
      <w:r>
        <w:t xml:space="preserve"> </w:t>
      </w:r>
      <w:proofErr w:type="spellStart"/>
      <w:r>
        <w:t>údržby</w:t>
      </w:r>
      <w:proofErr w:type="spellEnd"/>
      <w:r>
        <w:t xml:space="preserve"> </w:t>
      </w:r>
      <w:proofErr w:type="spellStart"/>
      <w:r>
        <w:t>sportovních</w:t>
      </w:r>
      <w:proofErr w:type="spellEnd"/>
      <w:r>
        <w:t xml:space="preserve"> </w:t>
      </w:r>
      <w:proofErr w:type="spellStart"/>
      <w:r>
        <w:t>zařízení</w:t>
      </w:r>
      <w:proofErr w:type="spellEnd"/>
      <w:r>
        <w:t>.</w:t>
      </w:r>
    </w:p>
    <w:p w14:paraId="66A06EFE" w14:textId="77777777" w:rsidR="004C1819" w:rsidRDefault="00000000">
      <w:pPr>
        <w:pStyle w:val="Nadpis3"/>
      </w:pPr>
      <w:r>
        <w:lastRenderedPageBreak/>
        <w:t xml:space="preserve">8. </w:t>
      </w:r>
      <w:proofErr w:type="spellStart"/>
      <w:r>
        <w:t>Nabídková</w:t>
      </w:r>
      <w:proofErr w:type="spellEnd"/>
      <w:r>
        <w:t xml:space="preserve"> </w:t>
      </w:r>
      <w:proofErr w:type="spellStart"/>
      <w:r>
        <w:t>cena</w:t>
      </w:r>
      <w:proofErr w:type="spellEnd"/>
    </w:p>
    <w:p w14:paraId="33CEFF52" w14:textId="63D4383E" w:rsidR="004C1819" w:rsidRDefault="00000000">
      <w:r>
        <w:t xml:space="preserve">Cena </w:t>
      </w:r>
      <w:proofErr w:type="spellStart"/>
      <w:r>
        <w:t>bude</w:t>
      </w:r>
      <w:proofErr w:type="spellEnd"/>
      <w:r>
        <w:t xml:space="preserve"> </w:t>
      </w:r>
      <w:proofErr w:type="spellStart"/>
      <w:r>
        <w:t>uvedena</w:t>
      </w:r>
      <w:proofErr w:type="spellEnd"/>
      <w:r>
        <w:t xml:space="preserve"> v </w:t>
      </w:r>
      <w:proofErr w:type="spellStart"/>
      <w:r>
        <w:t>Kč</w:t>
      </w:r>
      <w:proofErr w:type="spellEnd"/>
      <w:r>
        <w:t xml:space="preserve"> bez DPH </w:t>
      </w:r>
      <w:proofErr w:type="spellStart"/>
      <w:r>
        <w:t>i</w:t>
      </w:r>
      <w:proofErr w:type="spellEnd"/>
      <w:r>
        <w:t xml:space="preserve"> </w:t>
      </w:r>
      <w:proofErr w:type="spellStart"/>
      <w:r>
        <w:t>včetně</w:t>
      </w:r>
      <w:proofErr w:type="spellEnd"/>
      <w:r>
        <w:t xml:space="preserve"> DPH.</w:t>
      </w:r>
      <w:r w:rsidR="001657BA">
        <w:t xml:space="preserve"> </w:t>
      </w:r>
    </w:p>
    <w:p w14:paraId="153EAD63" w14:textId="6809C159" w:rsidR="001657BA" w:rsidRDefault="001657BA">
      <w:proofErr w:type="spellStart"/>
      <w:r>
        <w:t>Celková</w:t>
      </w:r>
      <w:proofErr w:type="spellEnd"/>
      <w:r>
        <w:t xml:space="preserve"> </w:t>
      </w:r>
      <w:proofErr w:type="spellStart"/>
      <w:r>
        <w:t>cena</w:t>
      </w:r>
      <w:proofErr w:type="spellEnd"/>
      <w:r>
        <w:t xml:space="preserve"> </w:t>
      </w:r>
      <w:proofErr w:type="spellStart"/>
      <w:r>
        <w:t>bude</w:t>
      </w:r>
      <w:proofErr w:type="spellEnd"/>
      <w:r>
        <w:t xml:space="preserve"> </w:t>
      </w:r>
      <w:proofErr w:type="spellStart"/>
      <w:r>
        <w:t>zahrnovat</w:t>
      </w:r>
      <w:proofErr w:type="spellEnd"/>
      <w:r>
        <w:t xml:space="preserve"> </w:t>
      </w:r>
      <w:proofErr w:type="spellStart"/>
      <w:r w:rsidR="003C52EA">
        <w:t>veškeré</w:t>
      </w:r>
      <w:proofErr w:type="spellEnd"/>
      <w:r w:rsidR="003C52EA">
        <w:t xml:space="preserve"> </w:t>
      </w:r>
      <w:proofErr w:type="spellStart"/>
      <w:r w:rsidR="003C52EA">
        <w:t>náklady</w:t>
      </w:r>
      <w:proofErr w:type="spellEnd"/>
      <w:r w:rsidR="003C52EA">
        <w:t xml:space="preserve"> </w:t>
      </w:r>
      <w:proofErr w:type="spellStart"/>
      <w:r w:rsidR="003C52EA">
        <w:t>potřebné</w:t>
      </w:r>
      <w:proofErr w:type="spellEnd"/>
      <w:r w:rsidR="003C52EA">
        <w:t xml:space="preserve"> pro </w:t>
      </w:r>
      <w:proofErr w:type="spellStart"/>
      <w:r w:rsidR="003C52EA">
        <w:t>zdárné</w:t>
      </w:r>
      <w:proofErr w:type="spellEnd"/>
      <w:r w:rsidR="003C52EA">
        <w:t xml:space="preserve"> </w:t>
      </w:r>
      <w:proofErr w:type="spellStart"/>
      <w:r w:rsidR="003C52EA">
        <w:t>zhotovení</w:t>
      </w:r>
      <w:proofErr w:type="spellEnd"/>
      <w:r w:rsidR="003C52EA">
        <w:t xml:space="preserve"> </w:t>
      </w:r>
      <w:proofErr w:type="spellStart"/>
      <w:r w:rsidR="003C52EA">
        <w:t>regenerace</w:t>
      </w:r>
      <w:proofErr w:type="spellEnd"/>
      <w:r w:rsidR="003C52EA">
        <w:t xml:space="preserve"> </w:t>
      </w:r>
      <w:proofErr w:type="gramStart"/>
      <w:r w:rsidR="003C52EA">
        <w:t>a</w:t>
      </w:r>
      <w:proofErr w:type="gramEnd"/>
      <w:r w:rsidR="003C52EA">
        <w:t xml:space="preserve"> </w:t>
      </w:r>
      <w:proofErr w:type="spellStart"/>
      <w:r w:rsidR="003C52EA">
        <w:t>opravy</w:t>
      </w:r>
      <w:proofErr w:type="spellEnd"/>
      <w:r w:rsidR="003C52EA">
        <w:t xml:space="preserve"> </w:t>
      </w:r>
      <w:proofErr w:type="spellStart"/>
      <w:r w:rsidR="003C52EA">
        <w:t>povrchu</w:t>
      </w:r>
      <w:proofErr w:type="spellEnd"/>
      <w:r>
        <w:t>.</w:t>
      </w:r>
    </w:p>
    <w:p w14:paraId="2725C44F" w14:textId="77777777" w:rsidR="004C1819" w:rsidRDefault="00000000">
      <w:pPr>
        <w:pStyle w:val="Nadpis3"/>
      </w:pPr>
      <w:r>
        <w:t xml:space="preserve">9. </w:t>
      </w:r>
      <w:proofErr w:type="spellStart"/>
      <w:r>
        <w:t>Hodnotící</w:t>
      </w:r>
      <w:proofErr w:type="spellEnd"/>
      <w:r>
        <w:t xml:space="preserve"> </w:t>
      </w:r>
      <w:proofErr w:type="spellStart"/>
      <w:r>
        <w:t>kritéria</w:t>
      </w:r>
      <w:proofErr w:type="spellEnd"/>
    </w:p>
    <w:p w14:paraId="6EE8C42B" w14:textId="30482C7D" w:rsidR="004C1819" w:rsidRDefault="00000000">
      <w:r>
        <w:t xml:space="preserve">- </w:t>
      </w:r>
      <w:proofErr w:type="spellStart"/>
      <w:r>
        <w:t>Nejnižší</w:t>
      </w:r>
      <w:proofErr w:type="spellEnd"/>
      <w:r>
        <w:t xml:space="preserve"> </w:t>
      </w:r>
      <w:proofErr w:type="spellStart"/>
      <w:r>
        <w:t>nabídková</w:t>
      </w:r>
      <w:proofErr w:type="spellEnd"/>
      <w:r>
        <w:t xml:space="preserve"> </w:t>
      </w:r>
      <w:proofErr w:type="spellStart"/>
      <w:r>
        <w:t>cena</w:t>
      </w:r>
      <w:proofErr w:type="spellEnd"/>
    </w:p>
    <w:p w14:paraId="72BA8BAC" w14:textId="77777777" w:rsidR="004C1819" w:rsidRDefault="00000000">
      <w:pPr>
        <w:pStyle w:val="Nadpis3"/>
      </w:pPr>
      <w:r>
        <w:t xml:space="preserve">10. </w:t>
      </w:r>
      <w:proofErr w:type="spellStart"/>
      <w:r>
        <w:t>Platební</w:t>
      </w:r>
      <w:proofErr w:type="spellEnd"/>
      <w:r>
        <w:t xml:space="preserve"> </w:t>
      </w:r>
      <w:proofErr w:type="spellStart"/>
      <w:r>
        <w:t>podmínky</w:t>
      </w:r>
      <w:proofErr w:type="spellEnd"/>
    </w:p>
    <w:p w14:paraId="798D2E9B" w14:textId="3A8E6F21" w:rsidR="004C1819" w:rsidRDefault="00000000">
      <w:proofErr w:type="spellStart"/>
      <w:r>
        <w:t>Fakturace</w:t>
      </w:r>
      <w:proofErr w:type="spellEnd"/>
      <w:r>
        <w:t xml:space="preserve"> po </w:t>
      </w:r>
      <w:proofErr w:type="spellStart"/>
      <w:r>
        <w:t>dokončení</w:t>
      </w:r>
      <w:proofErr w:type="spellEnd"/>
      <w:r>
        <w:t xml:space="preserve"> a </w:t>
      </w:r>
      <w:proofErr w:type="spellStart"/>
      <w:r>
        <w:t>převzetí</w:t>
      </w:r>
      <w:proofErr w:type="spellEnd"/>
      <w:r>
        <w:t xml:space="preserve"> </w:t>
      </w:r>
      <w:proofErr w:type="spellStart"/>
      <w:r>
        <w:t>díla</w:t>
      </w:r>
      <w:proofErr w:type="spellEnd"/>
      <w:r>
        <w:t xml:space="preserve"> </w:t>
      </w:r>
      <w:proofErr w:type="spellStart"/>
      <w:r>
        <w:t>zadavatelem</w:t>
      </w:r>
      <w:proofErr w:type="spellEnd"/>
      <w:r>
        <w:t xml:space="preserve">. </w:t>
      </w:r>
      <w:proofErr w:type="spellStart"/>
      <w:r>
        <w:t>Splatnost</w:t>
      </w:r>
      <w:proofErr w:type="spellEnd"/>
      <w:r>
        <w:t xml:space="preserve"> </w:t>
      </w:r>
      <w:proofErr w:type="spellStart"/>
      <w:r>
        <w:t>faktur</w:t>
      </w:r>
      <w:proofErr w:type="spellEnd"/>
      <w:r>
        <w:t xml:space="preserve"> 30 </w:t>
      </w:r>
      <w:proofErr w:type="spellStart"/>
      <w:r>
        <w:t>dnů</w:t>
      </w:r>
      <w:proofErr w:type="spellEnd"/>
      <w:r>
        <w:t>.</w:t>
      </w:r>
    </w:p>
    <w:p w14:paraId="3841EA84" w14:textId="77777777" w:rsidR="004C1819" w:rsidRDefault="00000000">
      <w:pPr>
        <w:pStyle w:val="Nadpis3"/>
      </w:pPr>
      <w:r>
        <w:t xml:space="preserve">11. </w:t>
      </w:r>
      <w:proofErr w:type="spellStart"/>
      <w:r>
        <w:t>Závěrečná</w:t>
      </w:r>
      <w:proofErr w:type="spellEnd"/>
      <w:r>
        <w:t xml:space="preserve"> </w:t>
      </w:r>
      <w:proofErr w:type="spellStart"/>
      <w:r>
        <w:t>ustanovení</w:t>
      </w:r>
      <w:proofErr w:type="spellEnd"/>
    </w:p>
    <w:p w14:paraId="53CEADAF" w14:textId="33C406C6" w:rsidR="004C1819" w:rsidRDefault="00000000">
      <w:proofErr w:type="spellStart"/>
      <w:r>
        <w:t>Zadavatel</w:t>
      </w:r>
      <w:proofErr w:type="spellEnd"/>
      <w:r>
        <w:t xml:space="preserve"> </w:t>
      </w:r>
      <w:proofErr w:type="spellStart"/>
      <w:r>
        <w:t>si</w:t>
      </w:r>
      <w:proofErr w:type="spellEnd"/>
      <w:r>
        <w:t xml:space="preserve"> </w:t>
      </w:r>
      <w:proofErr w:type="spellStart"/>
      <w:r>
        <w:t>vyhrazuje</w:t>
      </w:r>
      <w:proofErr w:type="spellEnd"/>
      <w:r>
        <w:t xml:space="preserve"> </w:t>
      </w:r>
      <w:proofErr w:type="spellStart"/>
      <w:r>
        <w:t>právo</w:t>
      </w:r>
      <w:proofErr w:type="spellEnd"/>
      <w:r>
        <w:t xml:space="preserve"> </w:t>
      </w:r>
      <w:proofErr w:type="spellStart"/>
      <w:r>
        <w:t>zakázku</w:t>
      </w:r>
      <w:proofErr w:type="spellEnd"/>
      <w:r>
        <w:t xml:space="preserve"> </w:t>
      </w:r>
      <w:proofErr w:type="spellStart"/>
      <w:r>
        <w:t>zrušit</w:t>
      </w:r>
      <w:proofErr w:type="spellEnd"/>
      <w:r>
        <w:t xml:space="preserve"> </w:t>
      </w:r>
      <w:proofErr w:type="spellStart"/>
      <w:r>
        <w:t>nebo</w:t>
      </w:r>
      <w:proofErr w:type="spellEnd"/>
      <w:r>
        <w:t xml:space="preserve"> </w:t>
      </w:r>
      <w:proofErr w:type="spellStart"/>
      <w:r>
        <w:t>neuzavřít</w:t>
      </w:r>
      <w:proofErr w:type="spellEnd"/>
      <w:r>
        <w:t xml:space="preserve"> </w:t>
      </w:r>
      <w:proofErr w:type="spellStart"/>
      <w:r>
        <w:t>smlouvu</w:t>
      </w:r>
      <w:proofErr w:type="spellEnd"/>
      <w:r w:rsidR="00BB3347">
        <w:t>/</w:t>
      </w:r>
      <w:proofErr w:type="spellStart"/>
      <w:r w:rsidR="00BB3347">
        <w:t>objednávku</w:t>
      </w:r>
      <w:proofErr w:type="spellEnd"/>
      <w:r>
        <w:t>.</w:t>
      </w:r>
    </w:p>
    <w:p w14:paraId="698B9B90" w14:textId="77777777" w:rsidR="004E3CFD" w:rsidRDefault="004E3CFD"/>
    <w:p w14:paraId="2C91BDB0" w14:textId="55EF9405" w:rsidR="004E3CFD" w:rsidRDefault="004E3CFD">
      <w:proofErr w:type="spellStart"/>
      <w:r>
        <w:t>Fotodokumentace</w:t>
      </w:r>
      <w:proofErr w:type="spellEnd"/>
      <w:r>
        <w:t xml:space="preserve"> </w:t>
      </w:r>
      <w:proofErr w:type="spellStart"/>
      <w:r>
        <w:t>poškozených</w:t>
      </w:r>
      <w:proofErr w:type="spellEnd"/>
      <w:r>
        <w:t xml:space="preserve"> </w:t>
      </w:r>
      <w:proofErr w:type="spellStart"/>
      <w:r>
        <w:t>míst</w:t>
      </w:r>
      <w:proofErr w:type="spellEnd"/>
      <w:r>
        <w:t xml:space="preserve"> </w:t>
      </w:r>
      <w:proofErr w:type="spellStart"/>
      <w:r>
        <w:t>sportovního</w:t>
      </w:r>
      <w:proofErr w:type="spellEnd"/>
      <w:r>
        <w:t xml:space="preserve"> </w:t>
      </w:r>
      <w:proofErr w:type="spellStart"/>
      <w:r>
        <w:t>povrchu</w:t>
      </w:r>
      <w:proofErr w:type="spellEnd"/>
      <w:r w:rsidR="00D53A1C">
        <w:t xml:space="preserve"> SO.01</w:t>
      </w:r>
      <w:r>
        <w:t>:</w:t>
      </w:r>
    </w:p>
    <w:p w14:paraId="01A61254" w14:textId="65812D5C" w:rsidR="00613015" w:rsidRDefault="00613015">
      <w:r>
        <w:rPr>
          <w:noProof/>
        </w:rPr>
        <w:drawing>
          <wp:inline distT="0" distB="0" distL="0" distR="0" wp14:anchorId="50D344F6" wp14:editId="44A9CA03">
            <wp:extent cx="2362200" cy="3149600"/>
            <wp:effectExtent l="0" t="0" r="0" b="0"/>
            <wp:docPr id="1087920414" name="Obrázek 1" descr="Obsah obrázku tráva, venku, dětské hřiště, území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7920414" name="Obrázek 1" descr="Obsah obrázku tráva, venku, dětské hřiště, území&#10;&#10;Obsah generovaný pomocí AI může být nesprávný.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2362200" cy="314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 </w:t>
      </w:r>
      <w:r>
        <w:rPr>
          <w:noProof/>
        </w:rPr>
        <w:drawing>
          <wp:inline distT="0" distB="0" distL="0" distR="0" wp14:anchorId="27B6004F" wp14:editId="11208C26">
            <wp:extent cx="2371725" cy="3133725"/>
            <wp:effectExtent l="0" t="0" r="9525" b="9525"/>
            <wp:docPr id="829328249" name="Obrázek 1" descr="Obsah obrázku venku, území, tráva, beton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9328249" name="Obrázek 1" descr="Obsah obrázku venku, území, tráva, beton&#10;&#10;Obsah generovaný pomocí AI může být nesprávný.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2376241" cy="31396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0FB1CC" w14:textId="3BC86E12" w:rsidR="00613015" w:rsidRDefault="00613015"/>
    <w:p w14:paraId="3AE9E359" w14:textId="21C59C8E" w:rsidR="004C1819" w:rsidRDefault="00000000">
      <w:r>
        <w:br w:type="page"/>
      </w:r>
      <w:r w:rsidR="00613015">
        <w:rPr>
          <w:noProof/>
        </w:rPr>
        <w:lastRenderedPageBreak/>
        <w:drawing>
          <wp:inline distT="0" distB="0" distL="0" distR="0" wp14:anchorId="71F7503C" wp14:editId="02B82A4E">
            <wp:extent cx="2521744" cy="3362325"/>
            <wp:effectExtent l="0" t="0" r="0" b="0"/>
            <wp:docPr id="1236172338" name="Obrázek 1" descr="Obsah obrázku venku, území, tráva, plot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6172338" name="Obrázek 1" descr="Obsah obrázku venku, území, tráva, plot&#10;&#10;Obsah generovaný pomocí AI může být nesprávný.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2531698" cy="33755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613015">
        <w:t xml:space="preserve">  </w:t>
      </w:r>
      <w:r w:rsidR="00613015">
        <w:rPr>
          <w:noProof/>
        </w:rPr>
        <w:drawing>
          <wp:inline distT="0" distB="0" distL="0" distR="0" wp14:anchorId="3513BA9E" wp14:editId="056910B3">
            <wp:extent cx="2609850" cy="3346450"/>
            <wp:effectExtent l="0" t="0" r="0" b="6350"/>
            <wp:docPr id="497103553" name="Obrázek 1" descr="Obsah obrázku tráva, území, venku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7103553" name="Obrázek 1" descr="Obsah obrázku tráva, území, venku&#10;&#10;Obsah generovaný pomocí AI může být nesprávný.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610377" cy="33471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90521" w14:textId="589FA651" w:rsidR="00613015" w:rsidRDefault="00613015">
      <w:proofErr w:type="spellStart"/>
      <w:r>
        <w:t>Celkový</w:t>
      </w:r>
      <w:proofErr w:type="spellEnd"/>
      <w:r>
        <w:t xml:space="preserve"> </w:t>
      </w:r>
      <w:proofErr w:type="spellStart"/>
      <w:r>
        <w:t>pohled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</w:t>
      </w:r>
      <w:proofErr w:type="spellStart"/>
      <w:r>
        <w:t>hřiště</w:t>
      </w:r>
      <w:proofErr w:type="spellEnd"/>
      <w:r>
        <w:t>:</w:t>
      </w:r>
    </w:p>
    <w:p w14:paraId="2CA61BDB" w14:textId="42F4F686" w:rsidR="00613015" w:rsidRDefault="00613015">
      <w:r>
        <w:rPr>
          <w:noProof/>
        </w:rPr>
        <w:drawing>
          <wp:inline distT="0" distB="0" distL="0" distR="0" wp14:anchorId="4AA25835" wp14:editId="433415CD">
            <wp:extent cx="5191125" cy="4114800"/>
            <wp:effectExtent l="0" t="0" r="9525" b="0"/>
            <wp:docPr id="577277541" name="Obrázek 1" descr="Obsah obrázku venku, obloha, území, mrak&#10;&#10;Obsah generovaný pomocí AI může být nesprávný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7277541" name="Obrázek 1" descr="Obsah obrázku venku, obloha, území, mrak&#10;&#10;Obsah generovaný pomocí AI může být nesprávný.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191125" cy="4114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613015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slovanseznam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slovanseznam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Seznamsodrkami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Seznamsodrkami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slovanseznam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Seznamsodrkami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4A247D55"/>
    <w:multiLevelType w:val="hybridMultilevel"/>
    <w:tmpl w:val="AF0AC1FC"/>
    <w:lvl w:ilvl="0" w:tplc="F9A85CDA">
      <w:start w:val="2"/>
      <w:numFmt w:val="bullet"/>
      <w:lvlText w:val=""/>
      <w:lvlJc w:val="left"/>
      <w:pPr>
        <w:ind w:left="720" w:hanging="360"/>
      </w:pPr>
      <w:rPr>
        <w:rFonts w:ascii="Cambria" w:eastAsiaTheme="minorEastAsia" w:hAnsi="Cambria" w:cstheme="minorBidi" w:hint="default"/>
      </w:rPr>
    </w:lvl>
    <w:lvl w:ilvl="1" w:tplc="040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336422007">
    <w:abstractNumId w:val="8"/>
  </w:num>
  <w:num w:numId="2" w16cid:durableId="2120222969">
    <w:abstractNumId w:val="6"/>
  </w:num>
  <w:num w:numId="3" w16cid:durableId="1945575332">
    <w:abstractNumId w:val="5"/>
  </w:num>
  <w:num w:numId="4" w16cid:durableId="1315600748">
    <w:abstractNumId w:val="4"/>
  </w:num>
  <w:num w:numId="5" w16cid:durableId="993609788">
    <w:abstractNumId w:val="7"/>
  </w:num>
  <w:num w:numId="6" w16cid:durableId="1466854128">
    <w:abstractNumId w:val="3"/>
  </w:num>
  <w:num w:numId="7" w16cid:durableId="2010014937">
    <w:abstractNumId w:val="2"/>
  </w:num>
  <w:num w:numId="8" w16cid:durableId="293367657">
    <w:abstractNumId w:val="1"/>
  </w:num>
  <w:num w:numId="9" w16cid:durableId="1889026302">
    <w:abstractNumId w:val="0"/>
  </w:num>
  <w:num w:numId="10" w16cid:durableId="94300442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082BDE"/>
    <w:rsid w:val="000D4DB6"/>
    <w:rsid w:val="0015074B"/>
    <w:rsid w:val="001657BA"/>
    <w:rsid w:val="0029639D"/>
    <w:rsid w:val="00326F90"/>
    <w:rsid w:val="003723F8"/>
    <w:rsid w:val="003C52EA"/>
    <w:rsid w:val="004C1819"/>
    <w:rsid w:val="004E3CFD"/>
    <w:rsid w:val="005B7CB9"/>
    <w:rsid w:val="00613015"/>
    <w:rsid w:val="007906D3"/>
    <w:rsid w:val="007B6483"/>
    <w:rsid w:val="009144F1"/>
    <w:rsid w:val="00973336"/>
    <w:rsid w:val="00AA1D8D"/>
    <w:rsid w:val="00B47730"/>
    <w:rsid w:val="00BB3347"/>
    <w:rsid w:val="00CB0664"/>
    <w:rsid w:val="00D45BD5"/>
    <w:rsid w:val="00D53A1C"/>
    <w:rsid w:val="00E26211"/>
    <w:rsid w:val="00EF6F3B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709AC9FA"/>
  <w14:defaultImageDpi w14:val="300"/>
  <w15:docId w15:val="{ACA09452-5FA2-4DC0-A27E-5C38616BA3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FC693F"/>
  </w:style>
  <w:style w:type="paragraph" w:styleId="Nadpis1">
    <w:name w:val="heading 1"/>
    <w:basedOn w:val="Normln"/>
    <w:next w:val="Normln"/>
    <w:link w:val="Nadpis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Nadpis2">
    <w:name w:val="heading 2"/>
    <w:basedOn w:val="Normln"/>
    <w:next w:val="Normln"/>
    <w:link w:val="Nadpis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Nadpis3">
    <w:name w:val="heading 3"/>
    <w:basedOn w:val="Normln"/>
    <w:next w:val="Normln"/>
    <w:link w:val="Nadpis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E618BF"/>
  </w:style>
  <w:style w:type="paragraph" w:styleId="Zpat">
    <w:name w:val="footer"/>
    <w:basedOn w:val="Normln"/>
    <w:link w:val="Zpat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E618BF"/>
  </w:style>
  <w:style w:type="paragraph" w:styleId="Bezmezer">
    <w:name w:val="No Spacing"/>
    <w:uiPriority w:val="1"/>
    <w:qFormat/>
    <w:rsid w:val="00FC693F"/>
    <w:pPr>
      <w:spacing w:after="0" w:line="240" w:lineRule="auto"/>
    </w:pPr>
  </w:style>
  <w:style w:type="character" w:customStyle="1" w:styleId="Nadpis1Char">
    <w:name w:val="Nadpis 1 Char"/>
    <w:basedOn w:val="Standardnpsmoodstavce"/>
    <w:link w:val="Nadpis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Nadpis2Char">
    <w:name w:val="Nadpis 2 Char"/>
    <w:basedOn w:val="Standardnpsmoodstavce"/>
    <w:link w:val="Nadpis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Nadpis3Char">
    <w:name w:val="Nadpis 3 Char"/>
    <w:basedOn w:val="Standardnpsmoodstavce"/>
    <w:link w:val="Nadpis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Nzev">
    <w:name w:val="Title"/>
    <w:basedOn w:val="Normln"/>
    <w:next w:val="Normln"/>
    <w:link w:val="Nzev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NzevChar">
    <w:name w:val="Název Char"/>
    <w:basedOn w:val="Standardnpsmoodstavce"/>
    <w:link w:val="Nzev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PodnadpisChar">
    <w:name w:val="Podnadpis Char"/>
    <w:basedOn w:val="Standardnpsmoodstavce"/>
    <w:link w:val="Podnadpis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Odstavecseseznamem">
    <w:name w:val="List Paragraph"/>
    <w:basedOn w:val="Normln"/>
    <w:uiPriority w:val="34"/>
    <w:qFormat/>
    <w:rsid w:val="00FC693F"/>
    <w:pPr>
      <w:ind w:left="720"/>
      <w:contextualSpacing/>
    </w:pPr>
  </w:style>
  <w:style w:type="paragraph" w:styleId="Zkladntext">
    <w:name w:val="Body Text"/>
    <w:basedOn w:val="Normln"/>
    <w:link w:val="ZkladntextChar"/>
    <w:uiPriority w:val="99"/>
    <w:unhideWhenUsed/>
    <w:rsid w:val="00AA1D8D"/>
    <w:pPr>
      <w:spacing w:after="120"/>
    </w:pPr>
  </w:style>
  <w:style w:type="character" w:customStyle="1" w:styleId="ZkladntextChar">
    <w:name w:val="Základní text Char"/>
    <w:basedOn w:val="Standardnpsmoodstavce"/>
    <w:link w:val="Zkladntext"/>
    <w:uiPriority w:val="99"/>
    <w:rsid w:val="00AA1D8D"/>
  </w:style>
  <w:style w:type="paragraph" w:styleId="Zkladntext2">
    <w:name w:val="Body Text 2"/>
    <w:basedOn w:val="Normln"/>
    <w:link w:val="Zkladntext2Char"/>
    <w:uiPriority w:val="99"/>
    <w:unhideWhenUsed/>
    <w:rsid w:val="00AA1D8D"/>
    <w:pPr>
      <w:spacing w:after="120" w:line="480" w:lineRule="auto"/>
    </w:pPr>
  </w:style>
  <w:style w:type="character" w:customStyle="1" w:styleId="Zkladntext2Char">
    <w:name w:val="Základní text 2 Char"/>
    <w:basedOn w:val="Standardnpsmoodstavce"/>
    <w:link w:val="Zkladntext2"/>
    <w:uiPriority w:val="99"/>
    <w:rsid w:val="00AA1D8D"/>
  </w:style>
  <w:style w:type="paragraph" w:styleId="Zkladntext3">
    <w:name w:val="Body Text 3"/>
    <w:basedOn w:val="Normln"/>
    <w:link w:val="Zkladn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Zkladntext3Char">
    <w:name w:val="Základní text 3 Char"/>
    <w:basedOn w:val="Standardnpsmoodstavce"/>
    <w:link w:val="Zkladntext3"/>
    <w:uiPriority w:val="99"/>
    <w:rsid w:val="00AA1D8D"/>
    <w:rPr>
      <w:sz w:val="16"/>
      <w:szCs w:val="16"/>
    </w:rPr>
  </w:style>
  <w:style w:type="paragraph" w:styleId="Seznam">
    <w:name w:val="List"/>
    <w:basedOn w:val="Normln"/>
    <w:uiPriority w:val="99"/>
    <w:unhideWhenUsed/>
    <w:rsid w:val="00AA1D8D"/>
    <w:pPr>
      <w:ind w:left="360" w:hanging="360"/>
      <w:contextualSpacing/>
    </w:pPr>
  </w:style>
  <w:style w:type="paragraph" w:styleId="Seznam2">
    <w:name w:val="List 2"/>
    <w:basedOn w:val="Normln"/>
    <w:uiPriority w:val="99"/>
    <w:unhideWhenUsed/>
    <w:rsid w:val="00326F90"/>
    <w:pPr>
      <w:ind w:left="720" w:hanging="360"/>
      <w:contextualSpacing/>
    </w:pPr>
  </w:style>
  <w:style w:type="paragraph" w:styleId="Seznam3">
    <w:name w:val="List 3"/>
    <w:basedOn w:val="Normln"/>
    <w:uiPriority w:val="99"/>
    <w:unhideWhenUsed/>
    <w:rsid w:val="00326F90"/>
    <w:pPr>
      <w:ind w:left="1080" w:hanging="360"/>
      <w:contextualSpacing/>
    </w:pPr>
  </w:style>
  <w:style w:type="paragraph" w:styleId="Seznamsodrkami">
    <w:name w:val="List Bullet"/>
    <w:basedOn w:val="Normln"/>
    <w:uiPriority w:val="99"/>
    <w:unhideWhenUsed/>
    <w:rsid w:val="00326F90"/>
    <w:pPr>
      <w:numPr>
        <w:numId w:val="1"/>
      </w:numPr>
      <w:contextualSpacing/>
    </w:pPr>
  </w:style>
  <w:style w:type="paragraph" w:styleId="Seznamsodrkami2">
    <w:name w:val="List Bullet 2"/>
    <w:basedOn w:val="Normln"/>
    <w:uiPriority w:val="99"/>
    <w:unhideWhenUsed/>
    <w:rsid w:val="00326F90"/>
    <w:pPr>
      <w:numPr>
        <w:numId w:val="2"/>
      </w:numPr>
      <w:contextualSpacing/>
    </w:pPr>
  </w:style>
  <w:style w:type="paragraph" w:styleId="Seznamsodrkami3">
    <w:name w:val="List Bullet 3"/>
    <w:basedOn w:val="Normln"/>
    <w:uiPriority w:val="99"/>
    <w:unhideWhenUsed/>
    <w:rsid w:val="00326F90"/>
    <w:pPr>
      <w:numPr>
        <w:numId w:val="3"/>
      </w:numPr>
      <w:contextualSpacing/>
    </w:pPr>
  </w:style>
  <w:style w:type="paragraph" w:styleId="slovanseznam">
    <w:name w:val="List Number"/>
    <w:basedOn w:val="Normln"/>
    <w:uiPriority w:val="99"/>
    <w:unhideWhenUsed/>
    <w:rsid w:val="00326F90"/>
    <w:pPr>
      <w:numPr>
        <w:numId w:val="5"/>
      </w:numPr>
      <w:contextualSpacing/>
    </w:pPr>
  </w:style>
  <w:style w:type="paragraph" w:styleId="slovanseznam2">
    <w:name w:val="List Number 2"/>
    <w:basedOn w:val="Normln"/>
    <w:uiPriority w:val="99"/>
    <w:unhideWhenUsed/>
    <w:rsid w:val="0029639D"/>
    <w:pPr>
      <w:numPr>
        <w:numId w:val="6"/>
      </w:numPr>
      <w:contextualSpacing/>
    </w:pPr>
  </w:style>
  <w:style w:type="paragraph" w:styleId="slovanseznam3">
    <w:name w:val="List Number 3"/>
    <w:basedOn w:val="Normln"/>
    <w:uiPriority w:val="99"/>
    <w:unhideWhenUsed/>
    <w:rsid w:val="0029639D"/>
    <w:pPr>
      <w:numPr>
        <w:numId w:val="7"/>
      </w:numPr>
      <w:contextualSpacing/>
    </w:pPr>
  </w:style>
  <w:style w:type="paragraph" w:styleId="Pokraovnseznamu">
    <w:name w:val="List Continue"/>
    <w:basedOn w:val="Normln"/>
    <w:uiPriority w:val="99"/>
    <w:unhideWhenUsed/>
    <w:rsid w:val="0029639D"/>
    <w:pPr>
      <w:spacing w:after="120"/>
      <w:ind w:left="360"/>
      <w:contextualSpacing/>
    </w:pPr>
  </w:style>
  <w:style w:type="paragraph" w:styleId="Pokraovnseznamu2">
    <w:name w:val="List Continue 2"/>
    <w:basedOn w:val="Normln"/>
    <w:uiPriority w:val="99"/>
    <w:unhideWhenUsed/>
    <w:rsid w:val="0029639D"/>
    <w:pPr>
      <w:spacing w:after="120"/>
      <w:ind w:left="720"/>
      <w:contextualSpacing/>
    </w:pPr>
  </w:style>
  <w:style w:type="paragraph" w:styleId="Pokraovnseznamu3">
    <w:name w:val="List Continue 3"/>
    <w:basedOn w:val="Normln"/>
    <w:uiPriority w:val="99"/>
    <w:unhideWhenUsed/>
    <w:rsid w:val="0029639D"/>
    <w:pPr>
      <w:spacing w:after="120"/>
      <w:ind w:left="1080"/>
      <w:contextualSpacing/>
    </w:pPr>
  </w:style>
  <w:style w:type="paragraph" w:styleId="Textmakra">
    <w:name w:val="macro"/>
    <w:link w:val="Textmakra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makraChar">
    <w:name w:val="Text makra Char"/>
    <w:basedOn w:val="Standardnpsmoodstavce"/>
    <w:link w:val="Textmakra"/>
    <w:uiPriority w:val="99"/>
    <w:rsid w:val="0029639D"/>
    <w:rPr>
      <w:rFonts w:ascii="Courier" w:hAnsi="Courier"/>
      <w:sz w:val="20"/>
      <w:szCs w:val="20"/>
    </w:rPr>
  </w:style>
  <w:style w:type="paragraph" w:styleId="Citt">
    <w:name w:val="Quote"/>
    <w:basedOn w:val="Normln"/>
    <w:next w:val="Normln"/>
    <w:link w:val="CittChar"/>
    <w:uiPriority w:val="29"/>
    <w:qFormat/>
    <w:rsid w:val="00FC693F"/>
    <w:rPr>
      <w:i/>
      <w:iCs/>
      <w:color w:val="000000" w:themeColor="text1"/>
    </w:rPr>
  </w:style>
  <w:style w:type="character" w:customStyle="1" w:styleId="CittChar">
    <w:name w:val="Citát Char"/>
    <w:basedOn w:val="Standardnpsmoodstavce"/>
    <w:link w:val="Citt"/>
    <w:uiPriority w:val="29"/>
    <w:rsid w:val="00FC693F"/>
    <w:rPr>
      <w:i/>
      <w:iCs/>
      <w:color w:val="000000" w:themeColor="text1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iln">
    <w:name w:val="Strong"/>
    <w:basedOn w:val="Standardnpsmoodstavce"/>
    <w:uiPriority w:val="22"/>
    <w:qFormat/>
    <w:rsid w:val="00FC693F"/>
    <w:rPr>
      <w:b/>
      <w:bCs/>
    </w:rPr>
  </w:style>
  <w:style w:type="character" w:styleId="Zdraznn">
    <w:name w:val="Emphasis"/>
    <w:basedOn w:val="Standardnpsmoodstavce"/>
    <w:uiPriority w:val="20"/>
    <w:qFormat/>
    <w:rsid w:val="00FC693F"/>
    <w:rPr>
      <w:i/>
      <w:iCs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FC693F"/>
    <w:rPr>
      <w:b/>
      <w:bCs/>
      <w:i/>
      <w:iCs/>
      <w:color w:val="4F81BD" w:themeColor="accent1"/>
    </w:rPr>
  </w:style>
  <w:style w:type="character" w:styleId="Zdraznnjemn">
    <w:name w:val="Subtle Emphasis"/>
    <w:basedOn w:val="Standardnpsmoodstavce"/>
    <w:uiPriority w:val="19"/>
    <w:qFormat/>
    <w:rsid w:val="00FC693F"/>
    <w:rPr>
      <w:i/>
      <w:iCs/>
      <w:color w:val="808080" w:themeColor="text1" w:themeTint="7F"/>
    </w:rPr>
  </w:style>
  <w:style w:type="character" w:styleId="Zdraznnintenzivn">
    <w:name w:val="Intense Emphasis"/>
    <w:basedOn w:val="Standardnpsmoodstavce"/>
    <w:uiPriority w:val="21"/>
    <w:qFormat/>
    <w:rsid w:val="00FC693F"/>
    <w:rPr>
      <w:b/>
      <w:bCs/>
      <w:i/>
      <w:iCs/>
      <w:color w:val="4F81BD" w:themeColor="accent1"/>
    </w:rPr>
  </w:style>
  <w:style w:type="character" w:styleId="Odkazjemn">
    <w:name w:val="Subtle Reference"/>
    <w:basedOn w:val="Standardnpsmoodstavce"/>
    <w:uiPriority w:val="31"/>
    <w:qFormat/>
    <w:rsid w:val="00FC693F"/>
    <w:rPr>
      <w:smallCaps/>
      <w:color w:val="C0504D" w:themeColor="accent2"/>
      <w:u w:val="single"/>
    </w:rPr>
  </w:style>
  <w:style w:type="character" w:styleId="Odkazintenzivn">
    <w:name w:val="Intense Reference"/>
    <w:basedOn w:val="Standardnpsmoodstavce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Nzevknihy">
    <w:name w:val="Book Title"/>
    <w:basedOn w:val="Standardnpsmoodstavce"/>
    <w:uiPriority w:val="33"/>
    <w:qFormat/>
    <w:rsid w:val="00FC693F"/>
    <w:rPr>
      <w:b/>
      <w:bCs/>
      <w:smallCaps/>
      <w:spacing w:val="5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FC693F"/>
    <w:pPr>
      <w:outlineLvl w:val="9"/>
    </w:pPr>
  </w:style>
  <w:style w:type="table" w:styleId="Mkatabulky">
    <w:name w:val="Table Grid"/>
    <w:basedOn w:val="Normlntabulka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vtlstnovn">
    <w:name w:val="Light Shading"/>
    <w:basedOn w:val="Normlntabulka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vtlstnovnzvraznn1">
    <w:name w:val="Light Shading Accent 1"/>
    <w:basedOn w:val="Normlntabulka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vtlstnovnzvraznn2">
    <w:name w:val="Light Shading Accent 2"/>
    <w:basedOn w:val="Normlntabulka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vtlstnovnzvraznn3">
    <w:name w:val="Light Shading Accent 3"/>
    <w:basedOn w:val="Normlntabulka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vtlstnovnzvraznn4">
    <w:name w:val="Light Shading Accent 4"/>
    <w:basedOn w:val="Normlntabulka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vtlstnovnzvraznn5">
    <w:name w:val="Light Shading Accent 5"/>
    <w:basedOn w:val="Normlntabulka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vtlstnovnzvraznn6">
    <w:name w:val="Light Shading Accent 6"/>
    <w:basedOn w:val="Normlntabulka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Svtlseznam">
    <w:name w:val="Light List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Svtlseznamzvraznn1">
    <w:name w:val="Light List Accent 1"/>
    <w:basedOn w:val="Normlntabulka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Svtlseznamzvraznn2">
    <w:name w:val="Light List Accent 2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Svtlseznamzvraznn3">
    <w:name w:val="Light List Accent 3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Svtlseznamzvraznn4">
    <w:name w:val="Light List Accent 4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Svtlseznamzvraznn5">
    <w:name w:val="Light List Accent 5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Svtlseznamzvraznn6">
    <w:name w:val="Light List Accent 6"/>
    <w:basedOn w:val="Normlntabulka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Svtlmka">
    <w:name w:val="Light Grid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Svtlmkazvraznn1">
    <w:name w:val="Light Grid Accent 1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Svtlmkazvraznn2">
    <w:name w:val="Light Grid Accent 2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Svtlmkazvraznn3">
    <w:name w:val="Light Grid Accent 3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Svtlmkazvraznn4">
    <w:name w:val="Light Grid Accent 4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Svtlmkazvraznn5">
    <w:name w:val="Light Grid Accent 5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Svtlmkazvraznn6">
    <w:name w:val="Light Grid Accent 6"/>
    <w:basedOn w:val="Normlntabulka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tednstnovn1">
    <w:name w:val="Medium Shading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1">
    <w:name w:val="Medium Shading 1 Accent 1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2">
    <w:name w:val="Medium Shading 1 Accent 2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3">
    <w:name w:val="Medium Shading 1 Accent 3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4">
    <w:name w:val="Medium Shading 1 Accent 4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5">
    <w:name w:val="Medium Shading 1 Accent 5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1zvraznn6">
    <w:name w:val="Medium Shading 1 Accent 6"/>
    <w:basedOn w:val="Normlntabulka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tednstnovn2">
    <w:name w:val="Medium Shading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1">
    <w:name w:val="Medium Shading 2 Accent 1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2">
    <w:name w:val="Medium Shading 2 Accent 2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3">
    <w:name w:val="Medium Shading 2 Accent 3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4">
    <w:name w:val="Medium Shading 2 Accent 4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5">
    <w:name w:val="Medium Shading 2 Accent 5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tnovn2zvraznn6">
    <w:name w:val="Medium Shading 2 Accent 6"/>
    <w:basedOn w:val="Normlntabulka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tednseznam1">
    <w:name w:val="Medium Lis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Stednseznam1zvraznn1">
    <w:name w:val="Medium List 1 Accent 1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Stednseznam1zvraznn2">
    <w:name w:val="Medium List 1 Accent 2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Stednseznam1zvraznn3">
    <w:name w:val="Medium List 1 Accent 3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Stednseznam1zvraznn4">
    <w:name w:val="Medium List 1 Accent 4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Stednseznam1zvraznn5">
    <w:name w:val="Medium List 1 Accent 5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Stednseznam1zvraznn6">
    <w:name w:val="Medium List 1 Accent 6"/>
    <w:basedOn w:val="Normlntabulka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Stednseznam2">
    <w:name w:val="Medium Lis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1">
    <w:name w:val="Medium List 2 Accent 1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2">
    <w:name w:val="Medium List 2 Accent 2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3">
    <w:name w:val="Medium List 2 Accent 3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4">
    <w:name w:val="Medium List 2 Accent 4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5">
    <w:name w:val="Medium List 2 Accent 5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seznam2zvraznn6">
    <w:name w:val="Medium List 2 Accent 6"/>
    <w:basedOn w:val="Normlntabulka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Stednmka1">
    <w:name w:val="Medium Grid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Stednmka1zvraznn1">
    <w:name w:val="Medium Grid 1 Accent 1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Stednmka1zvraznn2">
    <w:name w:val="Medium Grid 1 Accent 2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Stednmka1zvraznn3">
    <w:name w:val="Medium Grid 1 Accent 3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tednmka1zvraznn4">
    <w:name w:val="Medium Grid 1 Accent 4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Stednmka1zvraznn5">
    <w:name w:val="Medium Grid 1 Accent 5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Stednmka1zvraznn6">
    <w:name w:val="Medium Grid 1 Accent 6"/>
    <w:basedOn w:val="Normlntabulka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Stednmka2">
    <w:name w:val="Medium Grid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1">
    <w:name w:val="Medium Grid 2 Accent 1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2">
    <w:name w:val="Medium Grid 2 Accent 2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3">
    <w:name w:val="Medium Grid 2 Accent 3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4">
    <w:name w:val="Medium Grid 2 Accent 4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5">
    <w:name w:val="Medium Grid 2 Accent 5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2zvraznn6">
    <w:name w:val="Medium Grid 2 Accent 6"/>
    <w:basedOn w:val="Normlntabulka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Stednmka3">
    <w:name w:val="Medium Grid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Stednmka3zvraznn1">
    <w:name w:val="Medium Grid 3 Accent 1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Stednmka3zvraznn2">
    <w:name w:val="Medium Grid 3 Accent 2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Stednmka3zvraznn3">
    <w:name w:val="Medium Grid 3 Accent 3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Stednmka3zvraznn4">
    <w:name w:val="Medium Grid 3 Accent 4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Stednmka3zvraznn5">
    <w:name w:val="Medium Grid 3 Accent 5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Stednmka3zvraznn6">
    <w:name w:val="Medium Grid 3 Accent 6"/>
    <w:basedOn w:val="Normlntabulka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Tmavseznam">
    <w:name w:val="Dark List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Tmavseznamzvraznn1">
    <w:name w:val="Dark List Accent 1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Tmavseznamzvraznn2">
    <w:name w:val="Dark List Accent 2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Tmavseznamzvraznn3">
    <w:name w:val="Dark List Accent 3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Tmavseznamzvraznn4">
    <w:name w:val="Dark List Accent 4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Tmavseznamzvraznn5">
    <w:name w:val="Dark List Accent 5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Tmavseznamzvraznn6">
    <w:name w:val="Dark List Accent 6"/>
    <w:basedOn w:val="Normlntabulka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Barevnstnovn">
    <w:name w:val="Colorful Shading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1">
    <w:name w:val="Colorful Shading Accent 1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2">
    <w:name w:val="Colorful Shading Accent 2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3">
    <w:name w:val="Colorful Shading Accent 3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stnovnzvraznn4">
    <w:name w:val="Colorful Shading Accent 4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5">
    <w:name w:val="Colorful Shading Accent 5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tnovnzvraznn6">
    <w:name w:val="Colorful Shading Accent 6"/>
    <w:basedOn w:val="Normlntabulka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Barevnseznam">
    <w:name w:val="Colorful List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Barevnseznamzvraznn1">
    <w:name w:val="Colorful List Accent 1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Barevnseznamzvraznn2">
    <w:name w:val="Colorful List Accent 2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Barevnseznamzvraznn3">
    <w:name w:val="Colorful List Accent 3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Barevnseznamzvraznn4">
    <w:name w:val="Colorful List Accent 4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Barevnseznamzvraznn5">
    <w:name w:val="Colorful List Accent 5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Barevnseznamzvraznn6">
    <w:name w:val="Colorful List Accent 6"/>
    <w:basedOn w:val="Normlntabulka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Barevnmka">
    <w:name w:val="Colorful Grid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Barevnmkazvraznn1">
    <w:name w:val="Colorful Grid Accent 1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Barevnmkazvraznn2">
    <w:name w:val="Colorful Grid Accent 2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Barevnmkazvraznn3">
    <w:name w:val="Colorful Grid Accent 3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Barevnmkazvraznn4">
    <w:name w:val="Colorful Grid Accent 4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Barevnmkazvraznn5">
    <w:name w:val="Colorful Grid Accent 5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Barevnmkazvraznn6">
    <w:name w:val="Colorful Grid Accent 6"/>
    <w:basedOn w:val="Normlntabulka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character" w:styleId="Hypertextovodkaz">
    <w:name w:val="Hyperlink"/>
    <w:basedOn w:val="Standardnpsmoodstavce"/>
    <w:uiPriority w:val="99"/>
    <w:unhideWhenUsed/>
    <w:rsid w:val="007906D3"/>
    <w:rPr>
      <w:color w:val="0000FF" w:themeColor="hyperlink"/>
      <w:u w:val="single"/>
    </w:rPr>
  </w:style>
  <w:style w:type="character" w:styleId="Nevyeenzmnka">
    <w:name w:val="Unresolved Mention"/>
    <w:basedOn w:val="Standardnpsmoodstavce"/>
    <w:uiPriority w:val="99"/>
    <w:semiHidden/>
    <w:unhideWhenUsed/>
    <w:rsid w:val="007906D3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1.jpeg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hyperlink" Target="mailto:reditel@zstyrs.cz" TargetMode="External"/><Relationship Id="rId11" Type="http://schemas.openxmlformats.org/officeDocument/2006/relationships/image" Target="media/image5.jpeg"/><Relationship Id="rId5" Type="http://schemas.openxmlformats.org/officeDocument/2006/relationships/webSettings" Target="webSettings.xml"/><Relationship Id="rId10" Type="http://schemas.openxmlformats.org/officeDocument/2006/relationships/image" Target="media/image4.jpeg"/><Relationship Id="rId4" Type="http://schemas.openxmlformats.org/officeDocument/2006/relationships/settings" Target="settings.xml"/><Relationship Id="rId9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127</TotalTime>
  <Pages>4</Pages>
  <Words>416</Words>
  <Characters>2458</Characters>
  <Application>Microsoft Office Word</Application>
  <DocSecurity>0</DocSecurity>
  <Lines>20</Lines>
  <Paragraphs>5</Paragraphs>
  <ScaleCrop>false</ScaleCrop>
  <HeadingPairs>
    <vt:vector size="4" baseType="variant">
      <vt:variant>
        <vt:lpstr>Název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2869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>Tenkrát Milan</cp:lastModifiedBy>
  <cp:revision>8</cp:revision>
  <cp:lastPrinted>2025-08-26T06:06:00Z</cp:lastPrinted>
  <dcterms:created xsi:type="dcterms:W3CDTF">2013-12-23T23:15:00Z</dcterms:created>
  <dcterms:modified xsi:type="dcterms:W3CDTF">2026-02-11T09:25:00Z</dcterms:modified>
  <cp:category/>
</cp:coreProperties>
</file>